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</w:pPr>
      <w:r>
        <w:rPr>
          <w:rtl/>
          <w:rFonts w:cs="Noto Sans Hebrew"/>
          <w:szCs w:val="24"/>
        </w:rPr>
        <w:t>איך נעשתה העבודה שלכם: ההחלטות, והדרך לחזור עליהן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איך לקרוא את המסמך הזה</w:t>
      </w:r>
    </w:p>
    <w:p>
      <w:pPr>
        <w:bidi/>
      </w:pPr>
      <w:r>
        <w:rPr>
          <w:rtl/>
          <w:rFonts w:cs="Noto Sans Hebrew"/>
          <w:szCs w:val="24"/>
        </w:rPr>
        <w:t>המסמך הזה מספר את סיפור הפרויקט שלכם לפי הסדר שבו הדברים קרו: מה קיבלנו מכם, מה החלטנו בשלב הייעוץ ולמה, איזה ניתוח עונה על כל אחת מההשערות שלכם, איך הוכנו הנתונים, מה השתנה בדרך, ומה לא עשינו.</w:t>
      </w:r>
    </w:p>
    <w:p>
      <w:pPr>
        <w:bidi/>
      </w:pPr>
      <w:r>
        <w:rPr>
          <w:rtl/>
          <w:rFonts w:cs="Noto Sans Hebrew"/>
          <w:szCs w:val="24"/>
        </w:rPr>
        <w:t>החלק האחרון שלו מראה, צעד אחר צעד, איך לחזור בעצמכם על כל ניתוח 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>. לא צריך שום רקע בסטטיסטיקה כדי לעקוב אחריו: כל מונח מקצועי מוסבר בפעם הראשונה שהוא מופיע.</w:t>
      </w:r>
    </w:p>
    <w:p>
      <w:pPr>
        <w:bidi/>
      </w:pPr>
      <w:r>
        <w:rPr>
          <w:rtl/>
          <w:rFonts w:cs="Noto Sans Hebrew"/>
          <w:szCs w:val="24"/>
        </w:rPr>
        <w:t>המספרים עצמם (התוצאות) נמצאים בפרק הממצאים שלכם; המסמך הזה לא חוזר עליהם. כשהוא אומר לכם באיזה מספר להסתכל 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>, הוא גם אומר איפה אותו מספר מופיע בפרק הממצאים.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1. מה קיבלנו מכם</w:t>
      </w:r>
    </w:p>
    <w:p>
      <w:pPr>
        <w:bidi/>
      </w:pPr>
      <w:r>
        <w:rPr>
          <w:rtl/>
          <w:rFonts w:cs="Noto Sans Hebrew"/>
          <w:szCs w:val="24"/>
        </w:rPr>
        <w:t>כל קובץ שהעליתם, ומה הבנו שהוא.</w:t>
      </w:r>
    </w:p>
    <w:tbl>
      <w:tblPr>
        <w:tblStyle w:val="TableGrid"/>
        <w:tblW w:type="auto" w:w="0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  <w:bidiVisual/>
      </w:tblPr>
      <w:tblGrid>
        <w:gridCol w:w="2800"/>
        <w:gridCol w:w="1346"/>
        <w:gridCol w:w="2326"/>
        <w:gridCol w:w="3166"/>
      </w:tblGrid>
      <w:tr>
        <w:trPr>
          <w:cantSplit/>
          <w:tblHeader/>
        </w:trPr>
        <w:tc>
          <w:tcPr>
            <w:tcW w:type="dxa" w:w="2800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קובץ</w:t>
            </w:r>
          </w:p>
        </w:tc>
        <w:tc>
          <w:tcPr>
            <w:tcW w:type="dxa" w:w="1346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מה הוא</w:t>
            </w:r>
          </w:p>
        </w:tc>
        <w:tc>
          <w:tcPr>
            <w:tcW w:type="dxa" w:w="2326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הערות על גרסה</w:t>
            </w:r>
          </w:p>
        </w:tc>
        <w:tc>
          <w:tcPr>
            <w:tcW w:type="dxa" w:w="3166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עד כמה אנחנו בטוחים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data.csv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נתונים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בוודאות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study-brief.md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הנחיות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כנראה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questionnaire.docx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שאלון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בוודאות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codebook.md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הנחיות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בוודאות</w:t>
            </w:r>
          </w:p>
        </w:tc>
      </w:tr>
    </w:tbl>
    <w:p>
      <w:pPr>
        <w:bidi/>
        <w:spacing w:before="240"/>
      </w:pPr>
      <w:r>
        <w:rPr>
          <w:rtl/>
          <w:rFonts w:cs="Noto Sans Hebrew"/>
          <w:szCs w:val="24"/>
        </w:rPr>
        <w:t>פתחנו את קובץ הנתונים שלכם ובדקנו שאפשר לקרוא אותו במלואו.</w:t>
      </w:r>
    </w:p>
    <w:tbl>
      <w:tblPr>
        <w:tblStyle w:val="TableGrid"/>
        <w:tblW w:type="auto" w:w="0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  <w:bidiVisual/>
      </w:tblPr>
      <w:tblGrid>
        <w:gridCol w:w="4337"/>
        <w:gridCol w:w="5301"/>
      </w:tblGrid>
      <w:tr>
        <w:trPr>
          <w:cantSplit/>
          <w:tblHeader/>
        </w:trPr>
        <w:tc>
          <w:tcPr>
            <w:tcW w:type="dxa" w:w="4337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נושא</w:t>
            </w:r>
          </w:p>
        </w:tc>
        <w:tc>
          <w:tcPr>
            <w:tcW w:type="dxa" w:w="5301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פירוט</w:t>
            </w:r>
          </w:p>
        </w:tc>
      </w:tr>
      <w:tr>
        <w:trPr>
          <w:cantSplit/>
        </w:trPr>
        <w:tc>
          <w:tcPr>
            <w:tcW w:type="dxa" w:w="4337"/>
          </w:tcPr>
          <w:p>
            <w:pPr>
              <w:bidi/>
            </w:pPr>
            <w:r>
              <w:rPr>
                <w:rtl/>
                <w:rFonts w:cs="Noto Sans Hebrew"/>
                <w:szCs w:val="24"/>
              </w:rPr>
              <w:t>אפשר היה לקרוא את הקובץ</w:t>
            </w:r>
          </w:p>
        </w:tc>
        <w:tc>
          <w:tcPr>
            <w:tcW w:type="dxa" w:w="5301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כן</w:t>
            </w:r>
          </w:p>
        </w:tc>
      </w:tr>
      <w:tr>
        <w:trPr>
          <w:cantSplit/>
        </w:trPr>
        <w:tc>
          <w:tcPr>
            <w:tcW w:type="dxa" w:w="4337"/>
          </w:tcPr>
          <w:p>
            <w:pPr>
              <w:bidi/>
            </w:pPr>
            <w:r>
              <w:rPr>
                <w:rtl/>
                <w:rFonts w:cs="Noto Sans Hebrew"/>
                <w:szCs w:val="24"/>
              </w:rPr>
              <w:t>שורות (בדרך כלל אחת לכל משיב)</w:t>
            </w:r>
          </w:p>
        </w:tc>
        <w:tc>
          <w:tcPr>
            <w:tcW w:type="dxa" w:w="5301"/>
          </w:tcPr>
          <w:p>
            <w:pPr>
              <w:bidi w:val="0"/>
              <w:jc w:val="center"/>
            </w:pPr>
            <w:r>
              <w:rPr>
                <w:rFonts w:cs="Carlito"/>
                <w:sz w:val="24"/>
                <w:szCs w:val="24"/>
                <w:lang w:val="en-US"/>
              </w:rPr>
              <w:t>360</w:t>
            </w:r>
          </w:p>
        </w:tc>
      </w:tr>
      <w:tr>
        <w:trPr>
          <w:cantSplit/>
        </w:trPr>
        <w:tc>
          <w:tcPr>
            <w:tcW w:type="dxa" w:w="4337"/>
          </w:tcPr>
          <w:p>
            <w:pPr>
              <w:bidi/>
            </w:pPr>
            <w:r>
              <w:rPr>
                <w:rtl/>
                <w:rFonts w:cs="Noto Sans Hebrew"/>
                <w:szCs w:val="24"/>
              </w:rPr>
              <w:t>עמודות (בדרך כלל אחת לכל שאלה או פרט)</w:t>
            </w:r>
          </w:p>
        </w:tc>
        <w:tc>
          <w:tcPr>
            <w:tcW w:type="dxa" w:w="5301"/>
          </w:tcPr>
          <w:p>
            <w:pPr>
              <w:bidi w:val="0"/>
              <w:jc w:val="center"/>
            </w:pPr>
            <w:r>
              <w:rPr>
                <w:rFonts w:cs="Carlito"/>
                <w:sz w:val="24"/>
                <w:szCs w:val="24"/>
                <w:lang w:val="en-US"/>
              </w:rPr>
              <w:t>17</w:t>
            </w:r>
          </w:p>
        </w:tc>
      </w:tr>
    </w:tbl>
    <w:p>
      <w:pPr>
        <w:pStyle w:val="Heading2"/>
        <w:bidi/>
      </w:pPr>
      <w:r>
        <w:rPr>
          <w:rtl/>
          <w:rFonts w:cs="Noto Sans Hebrew"/>
          <w:szCs w:val="24"/>
        </w:rPr>
        <w:t>2. מה החלטנו בשלב הייעוץ, ולמה</w:t>
      </w:r>
    </w:p>
    <w:p>
      <w:pPr>
        <w:bidi/>
      </w:pPr>
      <w:r>
        <w:rPr>
          <w:rtl/>
          <w:rFonts w:cs="Noto Sans Hebrew"/>
          <w:szCs w:val="24"/>
        </w:rPr>
        <w:t>לפני שרץ ניתוח כלשהו, קראנו את החומרים ואת הנתונים שלכם ובנינו תכנית. יועץ סטטיסטי מכריע בעצמו בכל מה שהחומרים והנתונים כבר מבהירים, ומסביר כל החלטה; כשהיה ספק אמיתי, שאלנו אתכם. אלה ההחלטות, כפי שהופיעו בדוח הייעוץ שאישרתם.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החלטות שקיבלנו עבורכם</w:t>
      </w:r>
    </w:p>
    <w:p>
      <w:pPr>
        <w:pStyle w:val="Heading4"/>
        <w:bidi/>
      </w:pPr>
      <w:r>
        <w:rPr>
          <w:rtl/>
          <w:rFonts w:cs="Noto Sans Hebrew"/>
          <w:szCs w:val="24"/>
        </w:rPr>
        <w:t>איך הבנו את המחקר שלכם</w:t>
      </w:r>
    </w:p>
    <w:p>
      <w:pPr>
        <w:bidi/>
      </w:pPr>
      <w:r>
        <w:rPr>
          <w:rtl/>
          <w:rFonts w:cs="Noto Sans Hebrew"/>
          <w:szCs w:val="24"/>
        </w:rPr>
        <w:t>לכל דבר שהמחקר שלכם מודד: התפקיד שלו במחקר וסוג התשובות שיש בו. יחד, אלה קובעים איזה מבחן מתאים לכל השערה.</w:t>
      </w:r>
    </w:p>
    <w:p>
      <w:pPr>
        <w:pStyle w:val="ListBullet"/>
        <w:bidi/>
      </w:pPr>
      <w:r>
        <w:rPr>
          <w:rtl/>
          <w:rFonts w:cs="Noto Sans Hebrew"/>
          <w:b/>
          <w:szCs w:val="24"/>
          <w:bCs/>
        </w:rPr>
        <w:t>מערך המחקר</w:t>
      </w:r>
      <w:r>
        <w:rPr>
          <w:rtl/>
          <w:rFonts w:cs="Noto Sans Hebrew"/>
          <w:szCs w:val="24"/>
        </w:rPr>
        <w:t xml:space="preserve"> — כל משיב נמדד פעם אחת (אין מדידות חוזרות של אותם אנשים).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‎d1‎‏</w:t>
      </w:r>
      <w:r>
        <w:rPr>
          <w:rtl/>
          <w:rFonts w:cs="Noto Sans Hebrew"/>
          <w:szCs w:val="24"/>
        </w:rPr>
        <w:t xml:space="preserve"> — גורם שעשוי להסביר או לנבא את התוצאה; התשובות בו הן קטגוריות שאין ביניהן סדר.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‎d2‎‏</w:t>
      </w:r>
      <w:r>
        <w:rPr>
          <w:rtl/>
          <w:rFonts w:cs="Noto Sans Hebrew"/>
          <w:szCs w:val="24"/>
        </w:rPr>
        <w:t xml:space="preserve"> — גורם שעשוי להסביר או לנבא את התוצאה;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‎q1_1‎‏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‎q1_2‎‏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‎q1_3‎‏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‎q1_4‎‏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‎q1_5‎‏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‎q2_1‎‏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‎q2_2‎‏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‎q2_3‎‏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‎q2_4‎‏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‎q2_5‎‏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‎q3_1‎‏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‎q3_2‎‏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‎q3_3‎‏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‎q3_4‎‏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‎q3_5‎‏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‎job_autonomy‎‏</w:t>
      </w:r>
      <w:r>
        <w:rPr>
          <w:rtl/>
          <w:rFonts w:cs="Noto Sans Hebrew"/>
          <w:szCs w:val="24"/>
        </w:rPr>
        <w:t xml:space="preserve"> — גורם שעשוי להסביר או לנבא את התוצאה; התשובות בו הן מספרים על סולם (למשל ממוצע של תשובות מ-1 עד 5).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‎supervisor_support‎‏</w:t>
      </w:r>
      <w:r>
        <w:rPr>
          <w:rtl/>
          <w:rFonts w:cs="Noto Sans Hebrew"/>
          <w:szCs w:val="24"/>
        </w:rPr>
        <w:t xml:space="preserve"> — גורם שעשוי להסביר או לנבא את התוצאה; התשובות בו הן מספרים על סולם (למשל ממוצע של תשובות מ-1 עד 5).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‎work_engagement‎‏</w:t>
      </w:r>
      <w:r>
        <w:rPr>
          <w:rtl/>
          <w:rFonts w:cs="Noto Sans Hebrew"/>
          <w:szCs w:val="24"/>
        </w:rPr>
        <w:t xml:space="preserve"> — משתנה התוצאה: מה שהמחקר שלכם מנסה להסביר; התשובות בו הן מספרים על סולם (למשל ממוצע של תשובות מ-1 עד 5).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איך טופלו השאלות, סבב אחר סבב</w:t>
      </w:r>
    </w:p>
    <w:p>
      <w:pPr>
        <w:bidi/>
      </w:pPr>
      <w:r>
        <w:rPr>
          <w:rtl/>
          <w:rFonts w:cs="Noto Sans Hebrew"/>
          <w:szCs w:val="24"/>
        </w:rPr>
        <w:t>לא היה צורך לשאול אתכם שאלות.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3. תכנית הניתוח: איזה מבחן עונה על כל השערה</w:t>
      </w:r>
    </w:p>
    <w:p>
      <w:pPr>
        <w:bidi/>
      </w:pPr>
      <w:r>
        <w:rPr>
          <w:rtl/>
          <w:rFonts w:cs="Noto Sans Hebrew"/>
          <w:szCs w:val="24"/>
        </w:rPr>
        <w:t>לכל אחת מההשערות שלכם בחרנו מבחן סטטיסטי (חישוב מקובל שבודק אם דפוס שמופיע בנתונים שלכם גדול ממה שהמקרה לבדו היה יוצר) אחד. בהמשך: מה כל מבחן בודק, באילו מהמדדים שלכם הוא משתמש, למה הוא נבחר, ואילו מבחנים אחרים שקלנו.</w:t>
      </w:r>
    </w:p>
    <w:p>
      <w:pPr>
        <w:pStyle w:val="Heading3"/>
        <w:bidi/>
      </w:pPr>
      <w:r>
        <w:rPr>
          <w:rtl/>
          <w:rFonts w:cs="Noto Sans Hebrew"/>
          <w:szCs w:val="24"/>
        </w:rPr>
        <w:t xml:space="preserve">ניתוח 1: השערה </w:t>
      </w:r>
      <w:r>
        <w:rPr>
          <w:rFonts w:cs="Carlito"/>
          <w:sz w:val="24"/>
          <w:szCs w:val="24"/>
          <w:lang w:val="en-US"/>
        </w:rPr>
        <w:t>‎H1‎‏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המבחן: מתאם פירסון.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מה הוא בודק: מודד עד כמה שני מדדים מספריים משתנים יחד, ובאיזה כיוון.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המדדים שלכם בניתוח: המדד הראשון: «אוטונומיה בעבודה» (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>); המדד השני: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למה המבחן הזה: זה המבחן המקובל לשאלה מהסוג הזה, בהתאם לאופן שבו הבנו את המדדים שלכם בשלב הייעוץ (חלק 2).</w:t>
      </w:r>
    </w:p>
    <w:p>
      <w:pPr>
        <w:bidi/>
      </w:pPr>
      <w:r>
        <w:rPr>
          <w:rtl/>
          <w:rFonts w:cs="Noto Sans Hebrew"/>
          <w:szCs w:val="24"/>
        </w:rPr>
        <w:t>מבחנים אחרים ששקלנו: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את מתאם ספירמן שמרנו כגיבוי. משתמשים בו רק אם הנתונים שלכם לא עומדים בתנאים שמתאם פירסון צריך, ואת התנאים האלה אנחנו בודקים לפני שהמבחן מורץ.</w:t>
      </w:r>
    </w:p>
    <w:p>
      <w:pPr>
        <w:pStyle w:val="Heading3"/>
        <w:bidi/>
      </w:pPr>
      <w:r>
        <w:rPr>
          <w:rtl/>
          <w:rFonts w:cs="Noto Sans Hebrew"/>
          <w:szCs w:val="24"/>
        </w:rPr>
        <w:t xml:space="preserve">ניתוח 2: השערה </w:t>
      </w:r>
      <w:r>
        <w:rPr>
          <w:rFonts w:cs="Carlito"/>
          <w:sz w:val="24"/>
          <w:szCs w:val="24"/>
          <w:lang w:val="en-US"/>
        </w:rPr>
        <w:t>‎H2‎‏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המבחן: רגרסיה ליניארית מרובה.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מה הוא בודק: מעריך עד כמה כמה מדדים יחד מנבאים תוצאה, וכמה כל אחד מהם מוסיף.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המדדים שלכם בניתוח: משתנה התוצאה: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>); מדד מנבא: «תמיכת מנהל» (</w:t>
      </w:r>
      <w:r>
        <w:rPr>
          <w:rFonts w:cs="Carlito"/>
          <w:sz w:val="24"/>
          <w:szCs w:val="24"/>
          <w:lang w:val="en-US"/>
        </w:rPr>
        <w:t>‎supervisor_support‎‏</w:t>
      </w:r>
      <w:r>
        <w:rPr>
          <w:rtl/>
          <w:rFonts w:cs="Noto Sans Hebrew"/>
          <w:szCs w:val="24"/>
        </w:rPr>
        <w:t>); מדד מנבא: «אוטונומיה בעבודה» (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למה המבחן הזה: זה המבחן המקובל לשאלה מהסוג הזה, בהתאם לאופן שבו הבנו את המדדים שלכם בשלב הייעוץ (חלק 2).</w:t>
      </w:r>
    </w:p>
    <w:p>
      <w:pPr>
        <w:bidi/>
      </w:pPr>
      <w:r>
        <w:rPr>
          <w:rtl/>
          <w:rFonts w:cs="Noto Sans Hebrew"/>
          <w:szCs w:val="24"/>
        </w:rPr>
        <w:t>מבחנים אחרים ששקלנו: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פשוטה מתאים למחקרים שבנויים קצת אחרת (מספר אחר של קבוצות או של מדידות, או סוג אחר של תשובות). רגרסיה ליניארית מרובה מתאים לאופן שבו המחקר שלכם בנוי.</w:t>
      </w:r>
    </w:p>
    <w:p>
      <w:pPr>
        <w:pStyle w:val="Heading3"/>
        <w:bidi/>
      </w:pPr>
      <w:r>
        <w:rPr>
          <w:rtl/>
          <w:rFonts w:cs="Noto Sans Hebrew"/>
          <w:szCs w:val="24"/>
        </w:rPr>
        <w:t xml:space="preserve">ניתוח 3: השערה </w:t>
      </w:r>
      <w:r>
        <w:rPr>
          <w:rFonts w:cs="Carlito"/>
          <w:sz w:val="24"/>
          <w:szCs w:val="24"/>
          <w:lang w:val="en-US"/>
        </w:rPr>
        <w:t>‎H3‎‏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המבחן: מבחן </w:t>
      </w:r>
      <w:r>
        <w:rPr>
          <w:rFonts w:cs="Carlito"/>
          <w:i/>
          <w:sz w:val="24"/>
          <w:szCs w:val="24"/>
          <w:lang w:val="en-US"/>
          <w:iCs/>
        </w:rPr>
        <w:t>‎t‎‏</w:t>
      </w:r>
      <w:r>
        <w:rPr>
          <w:rtl/>
          <w:rFonts w:cs="Noto Sans Hebrew"/>
          <w:szCs w:val="24"/>
        </w:rPr>
        <w:t xml:space="preserve"> למדגמים בלתי תלויים.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מה הוא בודק: משווה את הציון הממוצע של שתי קבוצות נפרדות (למשל נשים וגברים).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המדדים שלכם בניתוח: המדד שמשווים: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>); הקבוצות: «מתכונת עבודה» (</w:t>
      </w:r>
      <w:r>
        <w:rPr>
          <w:rFonts w:cs="Carlito"/>
          <w:sz w:val="24"/>
          <w:szCs w:val="24"/>
          <w:lang w:val="en-US"/>
        </w:rPr>
        <w:t>‎d1‎‏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למה המבחן הזה: זה המבחן המקובל לשאלה מהסוג הזה, בהתאם לאופן שבו הבנו את המדדים שלכם בשלב הייעוץ (חלק 2).</w:t>
      </w:r>
    </w:p>
    <w:p>
      <w:pPr>
        <w:bidi/>
      </w:pPr>
      <w:r>
        <w:rPr>
          <w:rtl/>
          <w:rFonts w:cs="Noto Sans Hebrew"/>
          <w:szCs w:val="24"/>
        </w:rPr>
        <w:t>מבחנים אחרים ששקלנו: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את מבחן מאן-ויטני שמרנו כגיבוי. משתמשים בו רק אם הנתונים שלכם לא עומדים בתנאים שמבחן </w:t>
      </w:r>
      <w:r>
        <w:rPr>
          <w:rFonts w:cs="Carlito"/>
          <w:i/>
          <w:sz w:val="24"/>
          <w:szCs w:val="24"/>
          <w:lang w:val="en-US"/>
          <w:iCs/>
        </w:rPr>
        <w:t>‎t‎‏</w:t>
      </w:r>
      <w:r>
        <w:rPr>
          <w:rtl/>
          <w:rFonts w:cs="Noto Sans Hebrew"/>
          <w:szCs w:val="24"/>
        </w:rPr>
        <w:t xml:space="preserve"> למדגמים בלתי תלויים צריך, ואת התנאים האלה אנחנו בודקים לפני שהמבחן מורץ.</w:t>
      </w:r>
    </w:p>
    <w:p>
      <w:pPr>
        <w:pStyle w:val="Heading3"/>
        <w:bidi/>
      </w:pPr>
      <w:r>
        <w:rPr>
          <w:rtl/>
          <w:rFonts w:cs="Noto Sans Hebrew"/>
          <w:szCs w:val="24"/>
        </w:rPr>
        <w:t xml:space="preserve">ניתוח 4: הניתוח הנוסף תמיכת מנהל, אוטונומיה בעבודה, מתכונת עבודה, ותק במקום העבודה </w:t>
      </w:r>
      <w:r>
        <w:rPr>
          <w:rFonts w:cs="Carlito"/>
          <w:sz w:val="24"/>
          <w:szCs w:val="24"/>
          <w:lang w:val="en-US"/>
        </w:rPr>
        <w:t>‎×‎‏</w:t>
      </w:r>
      <w:r>
        <w:rPr>
          <w:rtl/>
          <w:rFonts w:cs="Noto Sans Hebrew"/>
          <w:szCs w:val="24"/>
        </w:rPr>
        <w:t xml:space="preserve"> מעורבות בעבודה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זה ניתוח נוסף שבחרתם בהצעת המחיר, ולא אחת מהשערות המחקר שלכם.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המבחן: רגרסיה ליניארית מרובה.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מה הוא בודק: מעריך עד כמה כמה מדדים יחד מנבאים תוצאה, וכמה כל אחד מהם מוסיף.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המדדים שלכם בניתוח: משתנה התוצאה: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>); מדד מנבא: «תמיכת מנהל» (</w:t>
      </w:r>
      <w:r>
        <w:rPr>
          <w:rFonts w:cs="Carlito"/>
          <w:sz w:val="24"/>
          <w:szCs w:val="24"/>
          <w:lang w:val="en-US"/>
        </w:rPr>
        <w:t>‎supervisor_support‎‏</w:t>
      </w:r>
      <w:r>
        <w:rPr>
          <w:rtl/>
          <w:rFonts w:cs="Noto Sans Hebrew"/>
          <w:szCs w:val="24"/>
        </w:rPr>
        <w:t>); מדד מנבא: «אוטונומיה בעבודה» (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>); מדד מנבא: «מתכונת עבודה» (</w:t>
      </w:r>
      <w:r>
        <w:rPr>
          <w:rFonts w:cs="Carlito"/>
          <w:sz w:val="24"/>
          <w:szCs w:val="24"/>
          <w:lang w:val="en-US"/>
        </w:rPr>
        <w:t>‎d1‎‏</w:t>
      </w:r>
      <w:r>
        <w:rPr>
          <w:rtl/>
          <w:rFonts w:cs="Noto Sans Hebrew"/>
          <w:szCs w:val="24"/>
        </w:rPr>
        <w:t>); מדד מנבא: «ותק במקום העבודה» (</w:t>
      </w:r>
      <w:r>
        <w:rPr>
          <w:rFonts w:cs="Carlito"/>
          <w:sz w:val="24"/>
          <w:szCs w:val="24"/>
          <w:lang w:val="en-US"/>
        </w:rPr>
        <w:t>‎d2‎‏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למה המבחן הזה: זה המבחן המקובל לשאלה מהסוג הזה, בהתאם לאופן שבו הבנו את המדדים שלכם בשלב הייעוץ (חלק 2).</w:t>
      </w:r>
    </w:p>
    <w:p>
      <w:pPr>
        <w:bidi/>
      </w:pPr>
      <w:r>
        <w:rPr>
          <w:rtl/>
          <w:rFonts w:cs="Noto Sans Hebrew"/>
          <w:szCs w:val="24"/>
        </w:rPr>
        <w:t>מבחנים אחרים ששקלנו: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פשוטה מתאים למחקרים שבנויים קצת אחרת (מספר אחר של קבוצות או של מדידות, או סוג אחר של תשובות). רגרסיה ליניארית מרובה מתאים לאופן שבו המחקר שלכם בנוי.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ניתוח 5: בדיקת מבנה המדידה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המבחן: ניתוח גורמים מגשש </w:t>
      </w:r>
      <w:r>
        <w:rPr>
          <w:rFonts w:cs="Carlito"/>
          <w:sz w:val="24"/>
          <w:szCs w:val="24"/>
          <w:lang w:val="en-US"/>
        </w:rPr>
        <w:t>‎(EFA)‎‏</w:t>
      </w:r>
      <w:r>
        <w:rPr>
          <w:rtl/>
          <w:rFonts w:cs="Noto Sans Hebrew"/>
          <w:szCs w:val="24"/>
        </w:rPr>
        <w:t>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מה הוא בודק: מוצא אילו שאלות מתקבצות יחד משום שהן מודדות את אותו דבר בבסיסן.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למה המבחן הזה: זה המבחן המקובל לשאלה מהסוג הזה, בהתאם לאופן שבו הבנו את המדדים שלכם בשלב הייעוץ (חלק 2).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4. איך הוכנו הנתונים שלכם</w:t>
      </w:r>
    </w:p>
    <w:p>
      <w:pPr>
        <w:bidi/>
      </w:pPr>
      <w:r>
        <w:rPr>
          <w:rtl/>
          <w:rFonts w:cs="Noto Sans Hebrew"/>
          <w:szCs w:val="24"/>
        </w:rPr>
        <w:t>לפני שהמבחנים רצו, קובץ הנתונים שלכם הוכן. כל צעד שמפורט כאן שינה את הנתונים באופן שהניתוח היה צריך.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העמודות שלכם קיבלו שמות קצרים ואחידים (אות ומספר השאלה). רשימת השמות הישנים והחדשים נמצאת בספר הקידוד שלכם.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«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>»: ציון אחד לכל משיב, הממוצע של השאלות שלו (</w:t>
      </w:r>
      <w:r>
        <w:rPr>
          <w:rFonts w:cs="Carlito"/>
          <w:sz w:val="24"/>
          <w:szCs w:val="24"/>
          <w:lang w:val="en-US"/>
        </w:rPr>
        <w:t>‎q1_1‎‏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‎q1_2‎‏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‎q1_3‎‏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‎q1_4‎‏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‎q1_5‎‏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«</w:t>
      </w:r>
      <w:r>
        <w:rPr>
          <w:rFonts w:cs="Carlito"/>
          <w:sz w:val="24"/>
          <w:szCs w:val="24"/>
          <w:lang w:val="en-US"/>
        </w:rPr>
        <w:t>‎supervisor_support‎‏</w:t>
      </w:r>
      <w:r>
        <w:rPr>
          <w:rtl/>
          <w:rFonts w:cs="Noto Sans Hebrew"/>
          <w:szCs w:val="24"/>
        </w:rPr>
        <w:t>»: ציון אחד לכל משיב, הממוצע של השאלות שלו (</w:t>
      </w:r>
      <w:r>
        <w:rPr>
          <w:rFonts w:cs="Carlito"/>
          <w:sz w:val="24"/>
          <w:szCs w:val="24"/>
          <w:lang w:val="en-US"/>
        </w:rPr>
        <w:t>‎q2_1‎‏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‎q2_2‎‏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‎q2_3‎‏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‎q2_4‎‏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‎q2_5‎‏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«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>»: ציון אחד לכל משיב, הממוצע של השאלות שלו (</w:t>
      </w:r>
      <w:r>
        <w:rPr>
          <w:rFonts w:cs="Carlito"/>
          <w:sz w:val="24"/>
          <w:szCs w:val="24"/>
          <w:lang w:val="en-US"/>
        </w:rPr>
        <w:t>‎q3_1‎‏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‎q3_2‎‏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‎q3_3‎‏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‎q3_4‎‏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‎q3_5‎‏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, החלק הראשון של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 (תחת </w:t>
      </w:r>
      <w:r>
        <w:rPr>
          <w:rFonts w:cs="Carlito"/>
          <w:sz w:val="24"/>
          <w:szCs w:val="24"/>
          <w:lang w:val="en-US"/>
        </w:rPr>
        <w:t>‎DATA PREPARATION‎‏</w:t>
      </w:r>
      <w:r>
        <w:rPr>
          <w:rtl/>
          <w:rFonts w:cs="Noto Sans Hebrew"/>
          <w:szCs w:val="24"/>
        </w:rPr>
        <w:t>) חוזר על כל אחד מהצעדים האלה על הקובץ המקורי שלכם, ו-</w:t>
      </w:r>
      <w:r>
        <w:rPr>
          <w:rFonts w:cs="Carlito"/>
          <w:sz w:val="24"/>
          <w:szCs w:val="24"/>
          <w:lang w:val="en-US"/>
        </w:rPr>
        <w:t>‎data_analysis.sav‎‏</w:t>
      </w:r>
      <w:r>
        <w:rPr>
          <w:rtl/>
          <w:rFonts w:cs="Noto Sans Hebrew"/>
          <w:szCs w:val="24"/>
        </w:rPr>
        <w:t xml:space="preserve"> הוא הקובץ שנוצר ממנו.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5. מה השתנה בדרך, ולמה</w:t>
      </w:r>
    </w:p>
    <w:p>
      <w:pPr>
        <w:bidi/>
      </w:pPr>
      <w:r>
        <w:rPr>
          <w:rtl/>
          <w:rFonts w:cs="Noto Sans Hebrew"/>
          <w:szCs w:val="24"/>
        </w:rPr>
        <w:t>שום דבר בתכנית לא השתנה אחרי שאישרתם אותה.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6. לחזור על הניתוח בעצמכם ב-</w:t>
      </w:r>
      <w:r>
        <w:rPr>
          <w:rFonts w:cs="Carlito"/>
          <w:sz w:val="24"/>
          <w:szCs w:val="24"/>
          <w:lang w:val="en-US"/>
        </w:rPr>
        <w:t>‎SPSS‎‏</w:t>
      </w:r>
    </w:p>
    <w:p>
      <w:pPr>
        <w:bidi/>
      </w:pPr>
      <w:r>
        <w:rPr>
          <w:rtl/>
          <w:rFonts w:cs="Noto Sans Hebrew"/>
          <w:szCs w:val="24"/>
        </w:rPr>
        <w:t>לא בחרתם תוכנה כשהזמנתם, ולכן הצעדים כאן מיועדים ל-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>, התוכנה שרוב האוניברסיטאות משתמשות בה.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מה צריך</w:t>
      </w:r>
    </w:p>
    <w:p>
      <w:pPr>
        <w:bidi/>
      </w:pPr>
      <w:r>
        <w:rPr>
          <w:rtl/>
          <w:rFonts w:cs="Noto Sans Hebrew"/>
          <w:szCs w:val="24"/>
        </w:rPr>
        <w:t xml:space="preserve">את </w:t>
      </w:r>
      <w:r>
        <w:rPr>
          <w:rFonts w:cs="Carlito"/>
          <w:sz w:val="24"/>
          <w:szCs w:val="24"/>
          <w:lang w:val="en-US"/>
        </w:rPr>
        <w:t>‎IBM SPSS Statistics‎‏</w:t>
      </w:r>
      <w:r>
        <w:rPr>
          <w:rtl/>
          <w:rFonts w:cs="Noto Sans Hebrew"/>
          <w:szCs w:val="24"/>
        </w:rPr>
        <w:t xml:space="preserve"> (גרסה 25 ומעלה), ואת הקבצים האלה מתוך החלק «תוצרי תוכנה (נספח)» בחבילה שלכם: </w:t>
      </w:r>
      <w:r>
        <w:rPr>
          <w:rFonts w:cs="Carlito"/>
          <w:sz w:val="24"/>
          <w:szCs w:val="24"/>
          <w:lang w:val="en-US"/>
        </w:rPr>
        <w:t>‎data_analysis.sav‎‏</w:t>
      </w:r>
      <w:r>
        <w:rPr>
          <w:rtl/>
          <w:rFonts w:cs="Noto Sans Hebrew"/>
          <w:szCs w:val="24"/>
        </w:rPr>
        <w:t xml:space="preserve"> (הנתונים שלכם, אחרי ההכנה), </w:t>
      </w:r>
      <w:r>
        <w:rPr>
          <w:rFonts w:cs="Carlito"/>
          <w:sz w:val="24"/>
          <w:szCs w:val="24"/>
          <w:lang w:val="en-US"/>
        </w:rPr>
        <w:t>‎data_original.sav‎‏</w:t>
      </w:r>
      <w:r>
        <w:rPr>
          <w:rtl/>
          <w:rFonts w:cs="Noto Sans Hebrew"/>
          <w:szCs w:val="24"/>
        </w:rPr>
        <w:t xml:space="preserve"> (הנתונים שלכם כפי ששלחתם),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 (הפקודות) ו-</w:t>
      </w:r>
      <w:r>
        <w:rPr>
          <w:rFonts w:cs="Carlito"/>
          <w:sz w:val="24"/>
          <w:szCs w:val="24"/>
          <w:lang w:val="en-US"/>
        </w:rPr>
        <w:t>‎output.spv‎‏</w:t>
      </w:r>
      <w:r>
        <w:rPr>
          <w:rtl/>
          <w:rFonts w:cs="Noto Sans Hebrew"/>
          <w:szCs w:val="24"/>
        </w:rPr>
        <w:t xml:space="preserve"> (הפלט שלנו, כדי להשוות אליו).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הדרך המהירה: הכול בבת אחת</w:t>
      </w:r>
    </w:p>
    <w:p>
      <w:pPr>
        <w:bidi/>
      </w:pPr>
      <w:r>
        <w:rPr>
          <w:rtl/>
          <w:rFonts w:cs="Noto Sans Hebrew"/>
          <w:szCs w:val="24"/>
        </w:rPr>
        <w:t xml:space="preserve">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 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 ‏(</w:t>
      </w:r>
      <w:r>
        <w:rPr>
          <w:rFonts w:cs="Carlito"/>
          <w:sz w:val="24"/>
          <w:szCs w:val="24"/>
          <w:lang w:val="en-US"/>
        </w:rPr>
        <w:t>‎File &gt; Open &gt; Syntax...‎‏</w:t>
      </w:r>
      <w:r>
        <w:rPr>
          <w:rtl/>
          <w:rFonts w:cs="Noto Sans Hebrew"/>
          <w:szCs w:val="24"/>
        </w:rPr>
        <w:t xml:space="preserve">), בחרו </w:t>
      </w:r>
      <w:r>
        <w:rPr>
          <w:rFonts w:cs="Carlito"/>
          <w:sz w:val="24"/>
          <w:szCs w:val="24"/>
          <w:lang w:val="en-US"/>
        </w:rPr>
        <w:t>‎Run &gt; All‎‏</w:t>
      </w:r>
      <w:r>
        <w:rPr>
          <w:rtl/>
          <w:rFonts w:cs="Noto Sans Hebrew"/>
          <w:szCs w:val="24"/>
        </w:rPr>
        <w:t>, ו-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 חוזר על כל הניתוח, מהקובץ המקורי שלכם ועד הטבלה האחרונה. שמרו את קבצי החבילה בתיקייה אחת, אם 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 אומר שהוא לא מוצא קובץ, הוסיפו את השורה </w:t>
      </w:r>
      <w:r>
        <w:rPr>
          <w:rFonts w:cs="Carlito"/>
          <w:sz w:val="24"/>
          <w:szCs w:val="24"/>
          <w:lang w:val="en-US"/>
        </w:rPr>
        <w:t>‎CD 'C:\my-folder'.‎‏</w:t>
      </w:r>
      <w:r>
        <w:rPr>
          <w:rtl/>
          <w:rFonts w:cs="Noto Sans Hebrew"/>
          <w:szCs w:val="24"/>
        </w:rPr>
        <w:t xml:space="preserve"> בראש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>, עם המיקום של התיקייה שלכם במקום הדוגמה, והריצו שוב.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צעד אחר צעד, ניתוח אחד בכל פעם</w:t>
      </w:r>
    </w:p>
    <w:p>
      <w:pPr>
        <w:bidi/>
      </w:pPr>
      <w:r>
        <w:rPr>
          <w:rtl/>
          <w:rFonts w:cs="Noto Sans Hebrew"/>
          <w:szCs w:val="24"/>
        </w:rPr>
        <w:t xml:space="preserve">פתחו את </w:t>
      </w:r>
      <w:r>
        <w:rPr>
          <w:rFonts w:cs="Carlito"/>
          <w:sz w:val="24"/>
          <w:szCs w:val="24"/>
          <w:lang w:val="en-US"/>
        </w:rPr>
        <w:t>‎data_analysis.sav‎‏</w:t>
      </w:r>
      <w:r>
        <w:rPr>
          <w:rtl/>
          <w:rFonts w:cs="Noto Sans Hebrew"/>
          <w:szCs w:val="24"/>
        </w:rPr>
        <w:t xml:space="preserve">: </w:t>
      </w:r>
      <w:r>
        <w:rPr>
          <w:rFonts w:cs="Carlito"/>
          <w:sz w:val="24"/>
          <w:szCs w:val="24"/>
          <w:lang w:val="en-US"/>
        </w:rPr>
        <w:t>‎File &gt; Open &gt; Data...‎‏</w:t>
      </w:r>
      <w:r>
        <w:rPr>
          <w:rtl/>
          <w:rFonts w:cs="Noto Sans Hebrew"/>
          <w:szCs w:val="24"/>
        </w:rPr>
        <w:t>.</w:t>
      </w:r>
    </w:p>
    <w:p>
      <w:pPr>
        <w:pStyle w:val="Heading4"/>
        <w:bidi/>
      </w:pPr>
      <w:r>
        <w:rPr>
          <w:rtl/>
          <w:rFonts w:cs="Noto Sans Hebrew"/>
          <w:szCs w:val="24"/>
        </w:rPr>
        <w:t xml:space="preserve">ניתוח 1: השערה </w:t>
      </w:r>
      <w:r>
        <w:rPr>
          <w:rFonts w:cs="Carlito"/>
          <w:sz w:val="24"/>
          <w:szCs w:val="24"/>
          <w:lang w:val="en-US"/>
        </w:rPr>
        <w:t>‎H1‎‏</w:t>
      </w:r>
      <w:r>
        <w:rPr>
          <w:rtl/>
          <w:rFonts w:cs="Noto Sans Hebrew"/>
          <w:szCs w:val="24"/>
        </w:rPr>
        <w:t xml:space="preserve"> — מתאם פירסון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 xml:space="preserve">בתפריטים שבראש המסך, בחרו </w:t>
      </w:r>
      <w:r>
        <w:rPr>
          <w:rFonts w:cs="Carlito"/>
          <w:sz w:val="24"/>
          <w:szCs w:val="24"/>
          <w:lang w:val="en-US"/>
        </w:rPr>
        <w:t>‎Analyze &gt; Correlate &gt; Bivariate...‎‏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>העבירו את «אוטונומיה בעבודה» (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‎Variables‎‏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>העבירו את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‎Variables‎‏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 xml:space="preserve">לחצו על </w:t>
      </w:r>
      <w:r>
        <w:rPr>
          <w:rFonts w:cs="Carlito"/>
          <w:sz w:val="24"/>
          <w:szCs w:val="24"/>
          <w:lang w:val="en-US"/>
        </w:rPr>
        <w:t>‎OK‎‏</w:t>
      </w:r>
      <w:r>
        <w:rPr>
          <w:rtl/>
          <w:rFonts w:cs="Noto Sans Hebrew"/>
          <w:szCs w:val="24"/>
        </w:rPr>
        <w:t>. התוצאות נפתחות בחלון הפלט (</w:t>
      </w:r>
      <w:r>
        <w:rPr>
          <w:rFonts w:cs="Carlito"/>
          <w:sz w:val="24"/>
          <w:szCs w:val="24"/>
          <w:lang w:val="en-US"/>
        </w:rPr>
        <w:t>‎Output‎‏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אותו ניתוח כפקודה: זה הקטע שלו ב-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שמתחיל בשורת ההערה שמופיעה ראשונה. כדי להריץ רק אותו: 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סמנו את השורות האלה, ובחרו </w:t>
      </w:r>
      <w:r>
        <w:rPr>
          <w:rFonts w:cs="Carlito"/>
          <w:sz w:val="24"/>
          <w:szCs w:val="24"/>
          <w:lang w:val="en-US"/>
        </w:rPr>
        <w:t>‎Run &gt; Selection‎‏</w:t>
      </w:r>
      <w:r>
        <w:rPr>
          <w:rtl/>
          <w:rFonts w:cs="Noto Sans Hebrew"/>
          <w:szCs w:val="24"/>
        </w:rPr>
        <w:t>.</w:t>
      </w:r>
    </w:p>
    <w:p>
      <w:pPr>
        <w:keepNext/>
        <w:shd w:val="clear" w:color="auto" w:fill="F2F2F2"/>
        <w:bidi w:val="0"/>
        <w:spacing w:before="120" w:after="0"/>
        <w:ind w:left="227"/>
      </w:pPr>
      <w:r>
        <w:rPr>
          <w:rFonts w:ascii="Courier New" w:hAnsi="Courier New" w:cs="Courier New" w:eastAsia="Courier New"/>
          <w:sz w:val="18"/>
        </w:rPr>
        <w:t>* ==== Analysis 1 of 5 (hypothesis H1) ====.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>CORRELATIONS /VARIABLES=job_autonomy work_engagement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/PRINT=TWOTAIL SIG.</w:t>
      </w:r>
    </w:p>
    <w:p>
      <w:pPr>
        <w:keepNext w:val="0"/>
        <w:shd w:val="clear" w:color="auto" w:fill="F2F2F2"/>
        <w:bidi w:val="0"/>
        <w:spacing w:before="0" w:after="120"/>
        <w:ind w:left="227"/>
      </w:pPr>
      <w:r>
        <w:rPr>
          <w:rFonts w:ascii="Courier New" w:hAnsi="Courier New" w:cs="Courier New" w:eastAsia="Courier New"/>
          <w:sz w:val="18"/>
        </w:rPr>
        <w:t>GRAPH /SCATTERPLOT(BIVAR)=job_autonomy WITH work_engagement.</w:t>
      </w:r>
    </w:p>
    <w:p>
      <w:pPr>
        <w:bidi/>
      </w:pPr>
      <w:r>
        <w:rPr>
          <w:rtl/>
          <w:rFonts w:cs="Noto Sans Hebrew"/>
          <w:szCs w:val="24"/>
        </w:rPr>
        <w:t xml:space="preserve">בטבלה </w:t>
      </w:r>
      <w:r>
        <w:rPr>
          <w:rFonts w:cs="Carlito"/>
          <w:sz w:val="24"/>
          <w:szCs w:val="24"/>
          <w:lang w:val="en-US"/>
        </w:rPr>
        <w:t>‎Correlations‎‏</w:t>
      </w:r>
      <w:r>
        <w:rPr>
          <w:rtl/>
          <w:rFonts w:cs="Noto Sans Hebrew"/>
          <w:szCs w:val="24"/>
        </w:rPr>
        <w:t xml:space="preserve">, הסתכלו בעמודה </w:t>
      </w:r>
      <w:r>
        <w:rPr>
          <w:rFonts w:cs="Carlito"/>
          <w:sz w:val="24"/>
          <w:szCs w:val="24"/>
          <w:lang w:val="en-US"/>
        </w:rPr>
        <w:t>‎Sig. (2-tailed)‎‏</w:t>
      </w:r>
      <w:r>
        <w:rPr>
          <w:rtl/>
          <w:rFonts w:cs="Noto Sans Hebrew"/>
          <w:szCs w:val="24"/>
        </w:rPr>
        <w:t xml:space="preserve">. המספר הזה הוא ערך </w:t>
      </w:r>
      <w:r>
        <w:rPr>
          <w:rFonts w:cs="Carlito"/>
          <w:i/>
          <w:sz w:val="24"/>
          <w:szCs w:val="24"/>
          <w:lang w:val="en-US"/>
          <w:iCs/>
        </w:rPr>
        <w:t>‎p</w:t>
      </w:r>
      <w:r>
        <w:rPr>
          <w:rFonts w:cs="Carlito"/>
          <w:sz w:val="24"/>
          <w:szCs w:val="24"/>
          <w:lang w:val="en-US"/>
        </w:rPr>
        <w:t xml:space="preserve"> (‎‏</w:t>
      </w:r>
      <w:r>
        <w:rPr>
          <w:rtl/>
          <w:rFonts w:cs="Noto Sans Hebrew"/>
          <w:szCs w:val="24"/>
        </w:rPr>
        <w:t xml:space="preserve">מספר שכל מבחן מפיק; ערך 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 נמוך אומר שלא סביר שהתוצאה היא צירוף מקרים). זה אותו מספר שמדווח בפרק הממצאים שלכם עבור השערה </w:t>
      </w:r>
      <w:r>
        <w:rPr>
          <w:rFonts w:cs="Carlito"/>
          <w:sz w:val="24"/>
          <w:szCs w:val="24"/>
          <w:lang w:val="en-US"/>
        </w:rPr>
        <w:t>‎H1‎‏</w:t>
      </w:r>
      <w:r>
        <w:rPr>
          <w:rtl/>
          <w:rFonts w:cs="Noto Sans Hebrew"/>
          <w:szCs w:val="24"/>
        </w:rPr>
        <w:t>. הבדלים קטנים בספרה האחרונה נובעים מעיגול.</w:t>
      </w:r>
    </w:p>
    <w:p>
      <w:pPr>
        <w:pStyle w:val="Heading4"/>
        <w:bidi/>
      </w:pPr>
      <w:r>
        <w:rPr>
          <w:rtl/>
          <w:rFonts w:cs="Noto Sans Hebrew"/>
          <w:szCs w:val="24"/>
        </w:rPr>
        <w:t xml:space="preserve">ניתוח 2: השערה </w:t>
      </w:r>
      <w:r>
        <w:rPr>
          <w:rFonts w:cs="Carlito"/>
          <w:sz w:val="24"/>
          <w:szCs w:val="24"/>
          <w:lang w:val="en-US"/>
        </w:rPr>
        <w:t>‎H2‎‏</w:t>
      </w:r>
      <w:r>
        <w:rPr>
          <w:rtl/>
          <w:rFonts w:cs="Noto Sans Hebrew"/>
          <w:szCs w:val="24"/>
        </w:rPr>
        <w:t xml:space="preserve"> — רגרסיה ליניארית מרובה</w:t>
      </w:r>
    </w:p>
    <w:p>
      <w:pPr>
        <w:pStyle w:val="ListNumber"/>
        <w:numPr>
          <w:ilvl w:val="0"/>
          <w:numId w:val="11"/>
        </w:numPr>
        <w:bidi/>
      </w:pPr>
      <w:r>
        <w:rPr>
          <w:rtl/>
          <w:rFonts w:cs="Noto Sans Hebrew"/>
          <w:szCs w:val="24"/>
        </w:rPr>
        <w:t xml:space="preserve">בתפריטים שבראש המסך, בחרו </w:t>
      </w:r>
      <w:r>
        <w:rPr>
          <w:rFonts w:cs="Carlito"/>
          <w:sz w:val="24"/>
          <w:szCs w:val="24"/>
          <w:lang w:val="en-US"/>
        </w:rPr>
        <w:t>‎Analyze &gt; Regression &gt; Linear...‎‏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1"/>
        </w:numPr>
        <w:bidi/>
      </w:pPr>
      <w:r>
        <w:rPr>
          <w:rtl/>
          <w:rFonts w:cs="Noto Sans Hebrew"/>
          <w:szCs w:val="24"/>
        </w:rPr>
        <w:t>העבירו את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‎Dependent‎‏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1"/>
        </w:numPr>
        <w:bidi/>
      </w:pPr>
      <w:r>
        <w:rPr>
          <w:rtl/>
          <w:rFonts w:cs="Noto Sans Hebrew"/>
          <w:szCs w:val="24"/>
        </w:rPr>
        <w:t>העבירו את «תמיכת מנהל» (</w:t>
      </w:r>
      <w:r>
        <w:rPr>
          <w:rFonts w:cs="Carlito"/>
          <w:sz w:val="24"/>
          <w:szCs w:val="24"/>
          <w:lang w:val="en-US"/>
        </w:rPr>
        <w:t>‎supervisor_support‎‏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‎Independent(s)‎‏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1"/>
        </w:numPr>
        <w:bidi/>
      </w:pPr>
      <w:r>
        <w:rPr>
          <w:rtl/>
          <w:rFonts w:cs="Noto Sans Hebrew"/>
          <w:szCs w:val="24"/>
        </w:rPr>
        <w:t>העבירו את «אוטונומיה בעבודה» (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‎Independent(s)‎‏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1"/>
        </w:numPr>
        <w:bidi/>
      </w:pPr>
      <w:r>
        <w:rPr>
          <w:rtl/>
          <w:rFonts w:cs="Noto Sans Hebrew"/>
          <w:szCs w:val="24"/>
        </w:rPr>
        <w:t xml:space="preserve">לחצו על </w:t>
      </w:r>
      <w:r>
        <w:rPr>
          <w:rFonts w:cs="Carlito"/>
          <w:sz w:val="24"/>
          <w:szCs w:val="24"/>
          <w:lang w:val="en-US"/>
        </w:rPr>
        <w:t>‎OK‎‏</w:t>
      </w:r>
      <w:r>
        <w:rPr>
          <w:rtl/>
          <w:rFonts w:cs="Noto Sans Hebrew"/>
          <w:szCs w:val="24"/>
        </w:rPr>
        <w:t>. התוצאות נפתחות בחלון הפלט (</w:t>
      </w:r>
      <w:r>
        <w:rPr>
          <w:rFonts w:cs="Carlito"/>
          <w:sz w:val="24"/>
          <w:szCs w:val="24"/>
          <w:lang w:val="en-US"/>
        </w:rPr>
        <w:t>‎Output‎‏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אותו ניתוח כפקודה: זה הקטע שלו ב-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שמתחיל בשורת ההערה שמופיעה ראשונה. כדי להריץ רק אותו: 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סמנו את השורות האלה, ובחרו </w:t>
      </w:r>
      <w:r>
        <w:rPr>
          <w:rFonts w:cs="Carlito"/>
          <w:sz w:val="24"/>
          <w:szCs w:val="24"/>
          <w:lang w:val="en-US"/>
        </w:rPr>
        <w:t>‎Run &gt; Selection‎‏</w:t>
      </w:r>
      <w:r>
        <w:rPr>
          <w:rtl/>
          <w:rFonts w:cs="Noto Sans Hebrew"/>
          <w:szCs w:val="24"/>
        </w:rPr>
        <w:t>.</w:t>
      </w:r>
    </w:p>
    <w:p>
      <w:pPr>
        <w:keepNext/>
        <w:shd w:val="clear" w:color="auto" w:fill="F2F2F2"/>
        <w:bidi w:val="0"/>
        <w:spacing w:before="120" w:after="0"/>
        <w:ind w:left="227"/>
      </w:pPr>
      <w:r>
        <w:rPr>
          <w:rFonts w:ascii="Courier New" w:hAnsi="Courier New" w:cs="Courier New" w:eastAsia="Courier New"/>
          <w:sz w:val="18"/>
        </w:rPr>
        <w:t>* ==== Analysis 2 of 5 (hypothesis H2) ====.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>REGRESSION /STATISTICS=COEFF CI(95) R ANOVA TOL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/DEPENDENT=work_engagement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/METHOD=ENTER supervisor_support job_autonomy</w:t>
      </w:r>
    </w:p>
    <w:p>
      <w:pPr>
        <w:keepNext w:val="0"/>
        <w:shd w:val="clear" w:color="auto" w:fill="F2F2F2"/>
        <w:bidi w:val="0"/>
        <w:spacing w:before="0" w:after="120"/>
        <w:ind w:left="227"/>
      </w:pPr>
      <w:r>
        <w:rPr>
          <w:rFonts w:ascii="Courier New" w:hAnsi="Courier New" w:cs="Courier New" w:eastAsia="Courier New"/>
          <w:sz w:val="18"/>
        </w:rPr>
        <w:t xml:space="preserve">  /RESIDUALS DURBIN.</w:t>
      </w:r>
    </w:p>
    <w:p>
      <w:pPr>
        <w:bidi/>
      </w:pPr>
      <w:r>
        <w:rPr>
          <w:rtl/>
          <w:rFonts w:cs="Noto Sans Hebrew"/>
          <w:szCs w:val="24"/>
        </w:rPr>
        <w:t xml:space="preserve">בטבלה </w:t>
      </w:r>
      <w:r>
        <w:rPr>
          <w:rFonts w:cs="Carlito"/>
          <w:sz w:val="24"/>
          <w:szCs w:val="24"/>
          <w:lang w:val="en-US"/>
        </w:rPr>
        <w:t>‎Coefficients‎‏</w:t>
      </w:r>
      <w:r>
        <w:rPr>
          <w:rtl/>
          <w:rFonts w:cs="Noto Sans Hebrew"/>
          <w:szCs w:val="24"/>
        </w:rPr>
        <w:t xml:space="preserve">, הסתכלו בעמודה </w:t>
      </w:r>
      <w:r>
        <w:rPr>
          <w:rFonts w:cs="Carlito"/>
          <w:sz w:val="24"/>
          <w:szCs w:val="24"/>
          <w:lang w:val="en-US"/>
        </w:rPr>
        <w:t>‎Sig.‎‏</w:t>
      </w:r>
      <w:r>
        <w:rPr>
          <w:rtl/>
          <w:rFonts w:cs="Noto Sans Hebrew"/>
          <w:szCs w:val="24"/>
        </w:rPr>
        <w:t xml:space="preserve">, בשורה של כל מדד מנבא. המספר הזה הוא ערך 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. זה אותו מספר שמדווח בפרק הממצאים שלכם עבור השערה </w:t>
      </w:r>
      <w:r>
        <w:rPr>
          <w:rFonts w:cs="Carlito"/>
          <w:sz w:val="24"/>
          <w:szCs w:val="24"/>
          <w:lang w:val="en-US"/>
        </w:rPr>
        <w:t>‎H2‎‏</w:t>
      </w:r>
      <w:r>
        <w:rPr>
          <w:rtl/>
          <w:rFonts w:cs="Noto Sans Hebrew"/>
          <w:szCs w:val="24"/>
        </w:rPr>
        <w:t>. הבדלים קטנים בספרה האחרונה נובעים מעיגול.</w:t>
      </w:r>
    </w:p>
    <w:p>
      <w:pPr>
        <w:pStyle w:val="Heading4"/>
        <w:bidi/>
      </w:pPr>
      <w:r>
        <w:rPr>
          <w:rtl/>
          <w:rFonts w:cs="Noto Sans Hebrew"/>
          <w:szCs w:val="24"/>
        </w:rPr>
        <w:t xml:space="preserve">ניתוח 3: השערה </w:t>
      </w:r>
      <w:r>
        <w:rPr>
          <w:rFonts w:cs="Carlito"/>
          <w:sz w:val="24"/>
          <w:szCs w:val="24"/>
          <w:lang w:val="en-US"/>
        </w:rPr>
        <w:t>‎H3‎‏</w:t>
      </w:r>
      <w:r>
        <w:rPr>
          <w:rtl/>
          <w:rFonts w:cs="Noto Sans Hebrew"/>
          <w:szCs w:val="24"/>
        </w:rPr>
        <w:t xml:space="preserve"> — מבחן </w:t>
      </w:r>
      <w:r>
        <w:rPr>
          <w:rFonts w:cs="Carlito"/>
          <w:i/>
          <w:sz w:val="24"/>
          <w:szCs w:val="24"/>
          <w:lang w:val="en-US"/>
          <w:iCs/>
        </w:rPr>
        <w:t>‎t‎‏</w:t>
      </w:r>
      <w:r>
        <w:rPr>
          <w:rtl/>
          <w:rFonts w:cs="Noto Sans Hebrew"/>
          <w:szCs w:val="24"/>
        </w:rPr>
        <w:t xml:space="preserve"> למדגמים בלתי תלויים</w:t>
      </w:r>
    </w:p>
    <w:p>
      <w:pPr>
        <w:pStyle w:val="ListNumber"/>
        <w:numPr>
          <w:ilvl w:val="0"/>
          <w:numId w:val="12"/>
        </w:numPr>
        <w:bidi/>
      </w:pPr>
      <w:r>
        <w:rPr>
          <w:rtl/>
          <w:rFonts w:cs="Noto Sans Hebrew"/>
          <w:szCs w:val="24"/>
        </w:rPr>
        <w:t xml:space="preserve">בתפריטים שבראש המסך, בחרו </w:t>
      </w:r>
      <w:r>
        <w:rPr>
          <w:rFonts w:cs="Carlito"/>
          <w:sz w:val="24"/>
          <w:szCs w:val="24"/>
          <w:lang w:val="en-US"/>
        </w:rPr>
        <w:t>‎Analyze &gt; Compare Means &gt; Independent-Samples T Test...‎‏</w:t>
      </w:r>
      <w:r>
        <w:rPr>
          <w:rtl/>
          <w:rFonts w:cs="Noto Sans Hebrew"/>
          <w:szCs w:val="24"/>
        </w:rPr>
        <w:t>. ב-</w:t>
      </w:r>
      <w:r>
        <w:rPr>
          <w:rFonts w:cs="Carlito"/>
          <w:sz w:val="24"/>
          <w:szCs w:val="24"/>
          <w:lang w:val="en-US"/>
        </w:rPr>
        <w:t>‎SPSS 29‎‏</w:t>
      </w:r>
      <w:r>
        <w:rPr>
          <w:rtl/>
          <w:rFonts w:cs="Noto Sans Hebrew"/>
          <w:szCs w:val="24"/>
        </w:rPr>
        <w:t xml:space="preserve"> ואילך התפריט הזה נקרא </w:t>
      </w:r>
      <w:r>
        <w:rPr>
          <w:rFonts w:cs="Carlito"/>
          <w:sz w:val="24"/>
          <w:szCs w:val="24"/>
          <w:lang w:val="en-US"/>
        </w:rPr>
        <w:t>‎Compare Means and Proportions‎‏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2"/>
        </w:numPr>
        <w:bidi/>
      </w:pPr>
      <w:r>
        <w:rPr>
          <w:rtl/>
          <w:rFonts w:cs="Noto Sans Hebrew"/>
          <w:szCs w:val="24"/>
        </w:rPr>
        <w:t>העבירו את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‎Test Variable(s)‎‏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2"/>
        </w:numPr>
        <w:bidi/>
      </w:pPr>
      <w:r>
        <w:rPr>
          <w:rtl/>
          <w:rFonts w:cs="Noto Sans Hebrew"/>
          <w:szCs w:val="24"/>
        </w:rPr>
        <w:t>העבירו את «מתכונת עבודה» (</w:t>
      </w:r>
      <w:r>
        <w:rPr>
          <w:rFonts w:cs="Carlito"/>
          <w:sz w:val="24"/>
          <w:szCs w:val="24"/>
          <w:lang w:val="en-US"/>
        </w:rPr>
        <w:t>‎d1‎‏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‎Grouping Variable‎‏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2"/>
        </w:numPr>
        <w:bidi/>
      </w:pPr>
      <w:r>
        <w:rPr>
          <w:rtl/>
          <w:rFonts w:cs="Noto Sans Hebrew"/>
          <w:szCs w:val="24"/>
        </w:rPr>
        <w:t xml:space="preserve">לחצו על </w:t>
      </w:r>
      <w:r>
        <w:rPr>
          <w:rFonts w:cs="Carlito"/>
          <w:sz w:val="24"/>
          <w:szCs w:val="24"/>
          <w:lang w:val="en-US"/>
        </w:rPr>
        <w:t>‎Define Groups...‎‏</w:t>
      </w:r>
      <w:r>
        <w:rPr>
          <w:rtl/>
          <w:rFonts w:cs="Noto Sans Hebrew"/>
          <w:szCs w:val="24"/>
        </w:rPr>
        <w:t xml:space="preserve"> והקלידו את שני הקודים של הקבוצות: עבודה היברידית, עבודה במשרד.</w:t>
      </w:r>
    </w:p>
    <w:p>
      <w:pPr>
        <w:pStyle w:val="ListNumber"/>
        <w:numPr>
          <w:ilvl w:val="0"/>
          <w:numId w:val="12"/>
        </w:numPr>
        <w:bidi/>
      </w:pPr>
      <w:r>
        <w:rPr>
          <w:rtl/>
          <w:rFonts w:cs="Noto Sans Hebrew"/>
          <w:szCs w:val="24"/>
        </w:rPr>
        <w:t xml:space="preserve">לחצו על </w:t>
      </w:r>
      <w:r>
        <w:rPr>
          <w:rFonts w:cs="Carlito"/>
          <w:sz w:val="24"/>
          <w:szCs w:val="24"/>
          <w:lang w:val="en-US"/>
        </w:rPr>
        <w:t>‎OK‎‏</w:t>
      </w:r>
      <w:r>
        <w:rPr>
          <w:rtl/>
          <w:rFonts w:cs="Noto Sans Hebrew"/>
          <w:szCs w:val="24"/>
        </w:rPr>
        <w:t>. התוצאות נפתחות בחלון הפלט (</w:t>
      </w:r>
      <w:r>
        <w:rPr>
          <w:rFonts w:cs="Carlito"/>
          <w:sz w:val="24"/>
          <w:szCs w:val="24"/>
          <w:lang w:val="en-US"/>
        </w:rPr>
        <w:t>‎Output‎‏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אותו ניתוח כפקודה: זה הקטע שלו ב-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שמתחיל בשורת ההערה שמופיעה ראשונה. כדי להריץ רק אותו: 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סמנו את השורות האלה, ובחרו </w:t>
      </w:r>
      <w:r>
        <w:rPr>
          <w:rFonts w:cs="Carlito"/>
          <w:sz w:val="24"/>
          <w:szCs w:val="24"/>
          <w:lang w:val="en-US"/>
        </w:rPr>
        <w:t>‎Run &gt; Selection‎‏</w:t>
      </w:r>
      <w:r>
        <w:rPr>
          <w:rtl/>
          <w:rFonts w:cs="Noto Sans Hebrew"/>
          <w:szCs w:val="24"/>
        </w:rPr>
        <w:t>.</w:t>
      </w:r>
    </w:p>
    <w:p>
      <w:pPr>
        <w:keepNext/>
        <w:shd w:val="clear" w:color="auto" w:fill="F2F2F2"/>
        <w:bidi w:val="0"/>
        <w:spacing w:before="120" w:after="0"/>
        <w:ind w:left="227"/>
      </w:pPr>
      <w:r>
        <w:rPr>
          <w:rFonts w:ascii="Courier New" w:hAnsi="Courier New" w:cs="Courier New" w:eastAsia="Courier New"/>
          <w:sz w:val="18"/>
        </w:rPr>
        <w:t>* ==== Analysis 3 of 5 (hypothesis H3) ====.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>T-TEST GROUPS=d1('</w:t>
      </w:r>
      <w:r>
        <w:rPr>
          <w:rFonts w:ascii="Courier New" w:hAnsi="Courier New" w:cs="Courier New" w:eastAsia="Courier New"/>
          <w:sz w:val="18"/>
          <w:rtl/>
        </w:rPr>
        <w:t>עבודה</w:t>
      </w:r>
      <w:r>
        <w:rPr>
          <w:rFonts w:ascii="Courier New" w:hAnsi="Courier New" w:cs="Courier New" w:eastAsia="Courier New"/>
          <w:sz w:val="18"/>
        </w:rPr>
        <w:t xml:space="preserve"> </w:t>
      </w:r>
      <w:r>
        <w:rPr>
          <w:rFonts w:ascii="Courier New" w:hAnsi="Courier New" w:cs="Courier New" w:eastAsia="Courier New"/>
          <w:sz w:val="18"/>
          <w:rtl/>
        </w:rPr>
        <w:t>היברידית</w:t>
      </w:r>
      <w:r>
        <w:rPr>
          <w:rFonts w:ascii="Courier New" w:hAnsi="Courier New" w:cs="Courier New" w:eastAsia="Courier New"/>
          <w:sz w:val="18"/>
        </w:rPr>
        <w:t>' '</w:t>
      </w:r>
      <w:r>
        <w:rPr>
          <w:rFonts w:ascii="Courier New" w:hAnsi="Courier New" w:cs="Courier New" w:eastAsia="Courier New"/>
          <w:sz w:val="18"/>
          <w:rtl/>
        </w:rPr>
        <w:t>עבודה</w:t>
      </w:r>
      <w:r>
        <w:rPr>
          <w:rFonts w:ascii="Courier New" w:hAnsi="Courier New" w:cs="Courier New" w:eastAsia="Courier New"/>
          <w:sz w:val="18"/>
        </w:rPr>
        <w:t xml:space="preserve"> </w:t>
      </w:r>
      <w:r>
        <w:rPr>
          <w:rFonts w:ascii="Courier New" w:hAnsi="Courier New" w:cs="Courier New" w:eastAsia="Courier New"/>
          <w:sz w:val="18"/>
          <w:rtl/>
        </w:rPr>
        <w:t>במשרד</w:t>
      </w:r>
      <w:r>
        <w:rPr>
          <w:rFonts w:ascii="Courier New" w:hAnsi="Courier New" w:cs="Courier New" w:eastAsia="Courier New"/>
          <w:sz w:val="18"/>
        </w:rPr>
        <w:t>')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/VARIABLES=work_engagement.</w:t>
      </w:r>
    </w:p>
    <w:p>
      <w:pPr>
        <w:keepNext w:val="0"/>
        <w:shd w:val="clear" w:color="auto" w:fill="F2F2F2"/>
        <w:bidi w:val="0"/>
        <w:spacing w:before="0" w:after="120"/>
        <w:ind w:left="227"/>
      </w:pPr>
      <w:r>
        <w:rPr>
          <w:rFonts w:ascii="Courier New" w:hAnsi="Courier New" w:cs="Courier New" w:eastAsia="Courier New"/>
          <w:sz w:val="18"/>
        </w:rPr>
        <w:t>GRAPH /BAR(SIMPLE)=MEAN(work_engagement) BY d1.</w:t>
      </w:r>
    </w:p>
    <w:p>
      <w:pPr>
        <w:bidi/>
      </w:pPr>
      <w:r>
        <w:rPr>
          <w:rtl/>
          <w:rFonts w:cs="Noto Sans Hebrew"/>
          <w:szCs w:val="24"/>
        </w:rPr>
        <w:t xml:space="preserve">בטבלה </w:t>
      </w:r>
      <w:r>
        <w:rPr>
          <w:rFonts w:cs="Carlito"/>
          <w:sz w:val="24"/>
          <w:szCs w:val="24"/>
          <w:lang w:val="en-US"/>
        </w:rPr>
        <w:t>‎Independent Samples Test‎‏</w:t>
      </w:r>
      <w:r>
        <w:rPr>
          <w:rtl/>
          <w:rFonts w:cs="Noto Sans Hebrew"/>
          <w:szCs w:val="24"/>
        </w:rPr>
        <w:t xml:space="preserve">, הסתכלו בעמודה </w:t>
      </w:r>
      <w:r>
        <w:rPr>
          <w:rFonts w:cs="Carlito"/>
          <w:sz w:val="24"/>
          <w:szCs w:val="24"/>
          <w:lang w:val="en-US"/>
        </w:rPr>
        <w:t>‎Sig. (2-tailed)‎‏</w:t>
      </w:r>
      <w:r>
        <w:rPr>
          <w:rtl/>
          <w:rFonts w:cs="Noto Sans Hebrew"/>
          <w:szCs w:val="24"/>
        </w:rPr>
        <w:t xml:space="preserve"> (ב-</w:t>
      </w:r>
      <w:r>
        <w:rPr>
          <w:rFonts w:cs="Carlito"/>
          <w:sz w:val="24"/>
          <w:szCs w:val="24"/>
          <w:lang w:val="en-US"/>
        </w:rPr>
        <w:t>‎SPSS 27‎‏</w:t>
      </w:r>
      <w:r>
        <w:rPr>
          <w:rtl/>
          <w:rFonts w:cs="Noto Sans Hebrew"/>
          <w:szCs w:val="24"/>
        </w:rPr>
        <w:t xml:space="preserve"> ואילך העמודה הזו נקראת </w:t>
      </w:r>
      <w:r>
        <w:rPr>
          <w:rFonts w:cs="Carlito"/>
          <w:sz w:val="24"/>
          <w:szCs w:val="24"/>
          <w:lang w:val="en-US"/>
        </w:rPr>
        <w:t xml:space="preserve">‎Two-Sided </w:t>
      </w:r>
      <w:r>
        <w:rPr>
          <w:rFonts w:cs="Carlito"/>
          <w:i/>
          <w:sz w:val="24"/>
          <w:szCs w:val="24"/>
          <w:lang w:val="en-US"/>
          <w:iCs/>
        </w:rPr>
        <w:t>p‎‏</w:t>
      </w:r>
      <w:r>
        <w:rPr>
          <w:rtl/>
          <w:rFonts w:cs="Noto Sans Hebrew"/>
          <w:szCs w:val="24"/>
        </w:rPr>
        <w:t xml:space="preserve">), בשורה </w:t>
      </w:r>
      <w:r>
        <w:rPr>
          <w:rFonts w:cs="Carlito"/>
          <w:sz w:val="24"/>
          <w:szCs w:val="24"/>
          <w:lang w:val="en-US"/>
        </w:rPr>
        <w:t>‎Equal variances not assumed‎‏</w:t>
      </w:r>
      <w:r>
        <w:rPr>
          <w:rtl/>
          <w:rFonts w:cs="Noto Sans Hebrew"/>
          <w:szCs w:val="24"/>
        </w:rPr>
        <w:t xml:space="preserve">. המספר הזה הוא ערך 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. אם המספר שלפניו (הסטטיסטי של המבחן) מופיע עם סימן הפוך (+ במקום −), זה רק משקף איזו קבוצה התוכנה הציגה ראשונה. זה אותו מספר שמדווח בפרק הממצאים שלכם עבור השערה </w:t>
      </w:r>
      <w:r>
        <w:rPr>
          <w:rFonts w:cs="Carlito"/>
          <w:sz w:val="24"/>
          <w:szCs w:val="24"/>
          <w:lang w:val="en-US"/>
        </w:rPr>
        <w:t>‎H3‎‏</w:t>
      </w:r>
      <w:r>
        <w:rPr>
          <w:rtl/>
          <w:rFonts w:cs="Noto Sans Hebrew"/>
          <w:szCs w:val="24"/>
        </w:rPr>
        <w:t>. הבדלים קטנים בספרה האחרונה נובעים מעיגול.</w:t>
      </w:r>
    </w:p>
    <w:p>
      <w:pPr>
        <w:pStyle w:val="Heading4"/>
        <w:bidi/>
      </w:pPr>
      <w:r>
        <w:rPr>
          <w:rtl/>
          <w:rFonts w:cs="Noto Sans Hebrew"/>
          <w:szCs w:val="24"/>
        </w:rPr>
        <w:t xml:space="preserve">ניתוח 4: הניתוח הנוסף תמיכת מנהל, אוטונומיה בעבודה, מתכונת עבודה, ותק במקום העבודה </w:t>
      </w:r>
      <w:r>
        <w:rPr>
          <w:rFonts w:cs="Carlito"/>
          <w:sz w:val="24"/>
          <w:szCs w:val="24"/>
          <w:lang w:val="en-US"/>
        </w:rPr>
        <w:t>‎×‎‏</w:t>
      </w:r>
      <w:r>
        <w:rPr>
          <w:rtl/>
          <w:rFonts w:cs="Noto Sans Hebrew"/>
          <w:szCs w:val="24"/>
        </w:rPr>
        <w:t xml:space="preserve"> מעורבות בעבודה — רגרסיה ליניארית מרובה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 xml:space="preserve">בתפריטים שבראש המסך, בחרו </w:t>
      </w:r>
      <w:r>
        <w:rPr>
          <w:rFonts w:cs="Carlito"/>
          <w:sz w:val="24"/>
          <w:szCs w:val="24"/>
          <w:lang w:val="en-US"/>
        </w:rPr>
        <w:t>‎Analyze &gt; Regression &gt; Linear...‎‏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>העבירו את «מעורבות בעבודה» (</w:t>
      </w:r>
      <w:r>
        <w:rPr>
          <w:rFonts w:cs="Carlito"/>
          <w:sz w:val="24"/>
          <w:szCs w:val="24"/>
          <w:lang w:val="en-US"/>
        </w:rPr>
        <w:t>‎work_engagement‎‏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‎Dependent‎‏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>העבירו את «תמיכת מנהל» (</w:t>
      </w:r>
      <w:r>
        <w:rPr>
          <w:rFonts w:cs="Carlito"/>
          <w:sz w:val="24"/>
          <w:szCs w:val="24"/>
          <w:lang w:val="en-US"/>
        </w:rPr>
        <w:t>‎supervisor_support‎‏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‎Independent(s)‎‏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>העבירו את «אוטונומיה בעבודה» (</w:t>
      </w:r>
      <w:r>
        <w:rPr>
          <w:rFonts w:cs="Carlito"/>
          <w:sz w:val="24"/>
          <w:szCs w:val="24"/>
          <w:lang w:val="en-US"/>
        </w:rPr>
        <w:t>‎job_autonomy‎‏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‎Independent(s)‎‏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>העבירו את «מתכונת עבודה» (</w:t>
      </w:r>
      <w:r>
        <w:rPr>
          <w:rFonts w:cs="Carlito"/>
          <w:sz w:val="24"/>
          <w:szCs w:val="24"/>
          <w:lang w:val="en-US"/>
        </w:rPr>
        <w:t>‎d1‎‏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‎Independent(s)‎‏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>העבירו את «ותק במקום העבודה» (</w:t>
      </w:r>
      <w:r>
        <w:rPr>
          <w:rFonts w:cs="Carlito"/>
          <w:sz w:val="24"/>
          <w:szCs w:val="24"/>
          <w:lang w:val="en-US"/>
        </w:rPr>
        <w:t>‎d2‎‏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‎Independent(s)‎‏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3"/>
        </w:numPr>
        <w:bidi/>
      </w:pPr>
      <w:r>
        <w:rPr>
          <w:rtl/>
          <w:rFonts w:cs="Noto Sans Hebrew"/>
          <w:szCs w:val="24"/>
        </w:rPr>
        <w:t xml:space="preserve">לחצו על </w:t>
      </w:r>
      <w:r>
        <w:rPr>
          <w:rFonts w:cs="Carlito"/>
          <w:sz w:val="24"/>
          <w:szCs w:val="24"/>
          <w:lang w:val="en-US"/>
        </w:rPr>
        <w:t>‎OK‎‏</w:t>
      </w:r>
      <w:r>
        <w:rPr>
          <w:rtl/>
          <w:rFonts w:cs="Noto Sans Hebrew"/>
          <w:szCs w:val="24"/>
        </w:rPr>
        <w:t>. התוצאות נפתחות בחלון הפלט (</w:t>
      </w:r>
      <w:r>
        <w:rPr>
          <w:rFonts w:cs="Carlito"/>
          <w:sz w:val="24"/>
          <w:szCs w:val="24"/>
          <w:lang w:val="en-US"/>
        </w:rPr>
        <w:t>‎Output‎‏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אותו ניתוח כפקודה: זה הקטע שלו ב-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שמתחיל בשורת ההערה שמופיעה ראשונה. כדי להריץ רק אותו: 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סמנו את השורות האלה, ובחרו </w:t>
      </w:r>
      <w:r>
        <w:rPr>
          <w:rFonts w:cs="Carlito"/>
          <w:sz w:val="24"/>
          <w:szCs w:val="24"/>
          <w:lang w:val="en-US"/>
        </w:rPr>
        <w:t>‎Run &gt; Selection‎‏</w:t>
      </w:r>
      <w:r>
        <w:rPr>
          <w:rtl/>
          <w:rFonts w:cs="Noto Sans Hebrew"/>
          <w:szCs w:val="24"/>
        </w:rPr>
        <w:t>.</w:t>
      </w:r>
    </w:p>
    <w:p>
      <w:pPr>
        <w:keepNext/>
        <w:shd w:val="clear" w:color="auto" w:fill="F2F2F2"/>
        <w:bidi w:val="0"/>
        <w:spacing w:before="120" w:after="0"/>
        <w:ind w:left="227"/>
      </w:pPr>
      <w:r>
        <w:rPr>
          <w:rFonts w:ascii="Courier New" w:hAnsi="Courier New" w:cs="Courier New" w:eastAsia="Courier New"/>
          <w:sz w:val="18"/>
        </w:rPr>
        <w:t>* ==== Analysis 4 of 5 (hypothesis A1) ====.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>REGRESSION /STATISTICS=COEFF CI(95) R ANOVA TOL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/DEPENDENT=work_engagement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/METHOD=ENTER supervisor_support job_autonomy d1 d2</w:t>
      </w:r>
    </w:p>
    <w:p>
      <w:pPr>
        <w:keepNext w:val="0"/>
        <w:shd w:val="clear" w:color="auto" w:fill="F2F2F2"/>
        <w:bidi w:val="0"/>
        <w:spacing w:before="0" w:after="120"/>
        <w:ind w:left="227"/>
      </w:pPr>
      <w:r>
        <w:rPr>
          <w:rFonts w:ascii="Courier New" w:hAnsi="Courier New" w:cs="Courier New" w:eastAsia="Courier New"/>
          <w:sz w:val="18"/>
        </w:rPr>
        <w:t xml:space="preserve">  /RESIDUALS DURBIN.</w:t>
      </w:r>
    </w:p>
    <w:p>
      <w:pPr>
        <w:bidi/>
      </w:pPr>
      <w:r>
        <w:rPr>
          <w:rtl/>
          <w:rFonts w:cs="Noto Sans Hebrew"/>
          <w:szCs w:val="24"/>
        </w:rPr>
        <w:t xml:space="preserve">בטבלה </w:t>
      </w:r>
      <w:r>
        <w:rPr>
          <w:rFonts w:cs="Carlito"/>
          <w:sz w:val="24"/>
          <w:szCs w:val="24"/>
          <w:lang w:val="en-US"/>
        </w:rPr>
        <w:t>‎Coefficients‎‏</w:t>
      </w:r>
      <w:r>
        <w:rPr>
          <w:rtl/>
          <w:rFonts w:cs="Noto Sans Hebrew"/>
          <w:szCs w:val="24"/>
        </w:rPr>
        <w:t xml:space="preserve">, הסתכלו בעמודה </w:t>
      </w:r>
      <w:r>
        <w:rPr>
          <w:rFonts w:cs="Carlito"/>
          <w:sz w:val="24"/>
          <w:szCs w:val="24"/>
          <w:lang w:val="en-US"/>
        </w:rPr>
        <w:t>‎Sig.‎‏</w:t>
      </w:r>
      <w:r>
        <w:rPr>
          <w:rtl/>
          <w:rFonts w:cs="Noto Sans Hebrew"/>
          <w:szCs w:val="24"/>
        </w:rPr>
        <w:t xml:space="preserve">, בשורה של כל מדד מנבא. המספר הזה הוא ערך 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. זה אותו מספר שמדווח בפרק הממצאים שלכם עבור הניתוח הנוסף תמיכת מנהל, אוטונומיה בעבודה, מתכונת עבודה, ותק במקום העבודה </w:t>
      </w:r>
      <w:r>
        <w:rPr>
          <w:rFonts w:cs="Carlito"/>
          <w:sz w:val="24"/>
          <w:szCs w:val="24"/>
          <w:lang w:val="en-US"/>
        </w:rPr>
        <w:t>‎×‎‏</w:t>
      </w:r>
      <w:r>
        <w:rPr>
          <w:rtl/>
          <w:rFonts w:cs="Noto Sans Hebrew"/>
          <w:szCs w:val="24"/>
        </w:rPr>
        <w:t xml:space="preserve"> מעורבות בעבודה. הבדלים קטנים בספרה האחרונה נובעים מעיגול.</w:t>
      </w:r>
    </w:p>
    <w:p>
      <w:pPr>
        <w:pStyle w:val="Heading4"/>
        <w:bidi/>
      </w:pPr>
      <w:r>
        <w:rPr>
          <w:rtl/>
          <w:rFonts w:cs="Noto Sans Hebrew"/>
          <w:szCs w:val="24"/>
        </w:rPr>
        <w:t xml:space="preserve">ניתוח 5: בדיקת מבנה המדידה — ניתוח גורמים מגשש </w:t>
      </w:r>
      <w:r>
        <w:rPr>
          <w:rFonts w:cs="Carlito"/>
          <w:sz w:val="24"/>
          <w:szCs w:val="24"/>
          <w:lang w:val="en-US"/>
        </w:rPr>
        <w:t>‎(EFA)‎‏</w:t>
      </w:r>
    </w:p>
    <w:p>
      <w:pPr>
        <w:bidi/>
      </w:pPr>
      <w:r>
        <w:rPr>
          <w:rtl/>
          <w:rFonts w:cs="Noto Sans Hebrew"/>
          <w:szCs w:val="24"/>
        </w:rPr>
        <w:t xml:space="preserve">את הניתוח הזה הכי קל לחזור עליו מהפקודה שלו: 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סמנו את השורות שלמטה, ובחרו </w:t>
      </w:r>
      <w:r>
        <w:rPr>
          <w:rFonts w:cs="Carlito"/>
          <w:sz w:val="24"/>
          <w:szCs w:val="24"/>
          <w:lang w:val="en-US"/>
        </w:rPr>
        <w:t>‎Run &gt; Selection‎‏</w:t>
      </w:r>
      <w:r>
        <w:rPr>
          <w:rtl/>
          <w:rFonts w:cs="Noto Sans Hebrew"/>
          <w:szCs w:val="24"/>
        </w:rPr>
        <w:t>.</w:t>
      </w:r>
    </w:p>
    <w:p>
      <w:pPr>
        <w:keepNext/>
        <w:shd w:val="clear" w:color="auto" w:fill="F2F2F2"/>
        <w:bidi w:val="0"/>
        <w:spacing w:before="120" w:after="0"/>
        <w:ind w:left="227"/>
      </w:pPr>
      <w:r>
        <w:rPr>
          <w:rFonts w:ascii="Courier New" w:hAnsi="Courier New" w:cs="Courier New" w:eastAsia="Courier New"/>
          <w:sz w:val="18"/>
        </w:rPr>
        <w:t>* ==== Analysis 5 of 5 ====.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>FACTOR /VARIABLES=q1_1 q1_2 q1_3 q1_4 q1_5 q2_1 q2_2 q2_3 q2_4 q2_5 q3_1 q3_2 q3_3 q3_4 q3_5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/PRINT=INITIAL KMO EXTRACTION ROTATION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/EXTRACTION=ULS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/ROTATION=OBLIMIN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/CRITERIA=FACTORS(3)</w:t>
      </w:r>
    </w:p>
    <w:p>
      <w:pPr>
        <w:keepNext w:val="0"/>
        <w:shd w:val="clear" w:color="auto" w:fill="F2F2F2"/>
        <w:bidi w:val="0"/>
        <w:spacing w:before="0" w:after="120"/>
        <w:ind w:left="227"/>
      </w:pPr>
      <w:r>
        <w:rPr>
          <w:rFonts w:ascii="Courier New" w:hAnsi="Courier New" w:cs="Courier New" w:eastAsia="Courier New"/>
          <w:sz w:val="18"/>
        </w:rPr>
        <w:t xml:space="preserve">  /PLOT=EIGEN.</w:t>
      </w:r>
    </w:p>
    <w:p>
      <w:pPr>
        <w:bidi/>
      </w:pPr>
      <w:r>
        <w:rPr>
          <w:rtl/>
          <w:rFonts w:cs="Noto Sans Hebrew"/>
          <w:szCs w:val="24"/>
        </w:rPr>
        <w:t>הטבלאות שלו מופיעות בחלון הפלט תחת שם הניתוח, באותו סדר כמו ב-</w:t>
      </w:r>
      <w:r>
        <w:rPr>
          <w:rFonts w:cs="Carlito"/>
          <w:sz w:val="24"/>
          <w:szCs w:val="24"/>
          <w:lang w:val="en-US"/>
        </w:rPr>
        <w:t>‎output.spv‎‏</w:t>
      </w:r>
      <w:r>
        <w:rPr>
          <w:rtl/>
          <w:rFonts w:cs="Noto Sans Hebrew"/>
          <w:szCs w:val="24"/>
        </w:rPr>
        <w:t>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7. מה לא עשינו</w:t>
      </w:r>
    </w:p>
    <w:p>
      <w:pPr>
        <w:bidi/>
      </w:pPr>
      <w:r>
        <w:rPr>
          <w:rtl/>
          <w:rFonts w:cs="Noto Sans Hebrew"/>
          <w:szCs w:val="24"/>
        </w:rPr>
        <w:t>כל מה שהיה בתכנית שאישרתם נעשה.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8. כדאי לדעת</w:t>
      </w:r>
    </w:p>
    <w:p>
      <w:pPr>
        <w:bidi/>
      </w:pPr>
      <w:r>
        <w:rPr>
          <w:rtl/>
          <w:rFonts w:cs="Noto Sans Hebrew"/>
          <w:szCs w:val="24"/>
        </w:rPr>
        <w:t xml:space="preserve">מדיניות השימוש בבינה מלאכותית של המוסד לא נבדקה. </w:t>
      </w:r>
      <w:r>
        <w:rPr>
          <w:rFonts w:cs="Carlito"/>
          <w:sz w:val="24"/>
          <w:szCs w:val="24"/>
          <w:lang w:val="en-US"/>
        </w:rPr>
        <w:t>‎Statikali‎‏</w:t>
      </w:r>
      <w:r>
        <w:rPr>
          <w:rtl/>
          <w:rFonts w:cs="Noto Sans Hebrew"/>
          <w:szCs w:val="24"/>
        </w:rPr>
        <w:t xml:space="preserve"> אינה בודקת אם המוסד האקדמי שלכם, כתב העת או המנחה מתירים שימוש בכלי ניתוח מבוססי בינה מלאכותית. האחריות לבדיקת מדיניות זו ולעמידה בה נותרת עליכם.</w:t>
      </w:r>
    </w:p>
    <w:p>
      <w:pPr>
        <w:bidi/>
      </w:pPr>
      <w:r>
        <w:rPr>
          <w:rtl/>
          <w:rFonts w:cs="Noto Sans Hebrew"/>
          <w:szCs w:val="24"/>
        </w:rPr>
        <w:t>מודל שפה מבוסס בינה מלאכותית סייע אך ורק בכתיבת הפרוזה המסבירה בחבילה זו. כל חישוב סטטיסטי, כל מספר וכל החלטת בחירת מבחן הופקו על ידי מנוע ניתוח דטרמיניסטי — לעולם לא על ידי הבינה המלאכותית.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lang w:val="en-US" w:eastAsia="en-US" w:bidi="he-IL"/>
      <w:rFonts w:ascii="Carlito" w:hAnsi="Carlito" w:eastAsia="Carlito" w:cs="Noto Sans Hebrew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  <w:bidi/>
    </w:pPr>
    <w:rPr>
      <w:rFonts w:ascii="Carlito" w:hAnsi="Carlito" w:eastAsia="Carlito" w:cs="Noto Sans Hebrew"/>
      <w:b/>
      <w:bCs/>
      <w:color w:val="171717" w:themeShade="BF"/>
      <w:sz w:val="28"/>
      <w:szCs w:val="28"/>
      <w:lang w:val="en-US" w:eastAsia="en-US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bidi/>
    </w:pPr>
    <w:rPr>
      <w:rFonts w:ascii="Carlito" w:hAnsi="Carlito" w:eastAsia="Carlito" w:cs="Noto Sans Hebrew"/>
      <w:b/>
      <w:bCs/>
      <w:color w:val="171717"/>
      <w:sz w:val="26"/>
      <w:szCs w:val="26"/>
      <w:lang w:val="en-US" w:eastAsia="en-US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bidi/>
    </w:pPr>
    <w:rPr>
      <w:rFonts w:ascii="Carlito" w:hAnsi="Carlito" w:eastAsia="Carlito" w:cs="Noto Sans Hebrew"/>
      <w:b/>
      <w:bCs/>
      <w:color w:val="171717"/>
      <w:lang w:val="en-US" w:eastAsia="en-US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bidi/>
    </w:pPr>
    <w:rPr>
      <w:rFonts w:ascii="Carlito" w:hAnsi="Carlito" w:eastAsia="Carlito" w:cs="Noto Sans Hebrew"/>
      <w:b/>
      <w:bCs/>
      <w:i/>
      <w:iCs/>
      <w:color w:val="171717"/>
      <w:lang w:val="en-US" w:eastAsia="en-US" w:bidi="he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bidi/>
    </w:pPr>
    <w:rPr>
      <w:rFonts w:ascii="Carlito" w:hAnsi="Carlito" w:eastAsia="Carlito" w:cs="Noto Sans Hebrew"/>
      <w:color w:val="171717" w:themeShade="7F"/>
      <w:lang w:val="en-US" w:eastAsia="en-US" w:bidi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bidi/>
    </w:pPr>
    <w:rPr>
      <w:rFonts w:ascii="Carlito" w:hAnsi="Carlito" w:eastAsia="Carlito" w:cs="Noto Sans Hebrew"/>
      <w:color w:val="171717" w:themeShade="BF"/>
      <w:spacing w:val="5"/>
      <w:kern w:val="28"/>
      <w:sz w:val="52"/>
      <w:szCs w:val="52"/>
      <w:lang w:val="en-US" w:eastAsia="en-US" w:bidi="he-I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bidi/>
    </w:pPr>
    <w:rPr>
      <w:i/>
      <w:iCs/>
      <w:color w:val="000000" w:themeColor="text1"/>
      <w:lang w:val="en-US" w:eastAsia="en-US" w:bidi="he-IL"/>
      <w:rFonts w:ascii="Carlito" w:hAnsi="Carlito" w:eastAsia="Carlito" w:cs="Noto Sans Hebrew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2026-10-20T12:00:00Z</dcterms:created>
  <dcterms:modified xsi:type="dcterms:W3CDTF">2026-10-20T12:00:00Z</dcterms:modified>
  <cp:category/>
</cp:coreProperties>
</file>