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</w:pPr>
      <w:r>
        <w:rPr>
          <w:rtl/>
          <w:rFonts w:cs="Noto Sans Hebrew"/>
          <w:szCs w:val="24"/>
        </w:rPr>
        <w:t>איך נעשתה העבודה שלכם: ההחלטות, והדרך לחזור עליהן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איך לקרוא את המסמך הזה</w:t>
      </w:r>
    </w:p>
    <w:p>
      <w:pPr>
        <w:bidi/>
      </w:pPr>
      <w:r>
        <w:rPr>
          <w:rtl/>
          <w:rFonts w:cs="Noto Sans Hebrew"/>
          <w:szCs w:val="24"/>
        </w:rPr>
        <w:t>המסמך הזה מספר את סיפור הפרויקט שלכם לפי הסדר שבו הדברים קרו: מה קיבלנו מכם, מה החלטנו בשלב הייעוץ ולמה, איזה ניתוח עונה על כל אחת מההשערות שלכם, איך הוכנו הנתונים, מה השתנה בדרך, ומה לא עשינו.</w:t>
      </w:r>
    </w:p>
    <w:p>
      <w:pPr>
        <w:bidi/>
      </w:pPr>
      <w:r>
        <w:rPr>
          <w:rtl/>
          <w:rFonts w:cs="Noto Sans Hebrew"/>
          <w:szCs w:val="24"/>
        </w:rPr>
        <w:t>החלק האחרון שלו מראה, צעד אחר צעד, איך לחזור בעצמכם על כל ניתוח ב-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>. לא צריך שום רקע בסטטיסטיקה כדי לעקוב אחריו: כל מונח מקצועי מוסבר בפעם הראשונה שהוא מופיע.</w:t>
      </w:r>
    </w:p>
    <w:p>
      <w:pPr>
        <w:bidi/>
      </w:pPr>
      <w:r>
        <w:rPr>
          <w:rtl/>
          <w:rFonts w:cs="Noto Sans Hebrew"/>
          <w:szCs w:val="24"/>
        </w:rPr>
        <w:t>המספרים עצמם (התוצאות) נמצאים בפרק הממצאים שלכם; המסמך הזה לא חוזר עליהם. כשהוא אומר לכם באיזה מספר להסתכל ב-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>, הוא גם אומר איפה אותו מספר מופיע בפרק הממצאים.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1. מה קיבלנו מכם</w:t>
      </w:r>
    </w:p>
    <w:p>
      <w:pPr>
        <w:bidi/>
      </w:pPr>
      <w:r>
        <w:rPr>
          <w:rtl/>
          <w:rFonts w:cs="Noto Sans Hebrew"/>
          <w:szCs w:val="24"/>
        </w:rPr>
        <w:t>כל קובץ שהעליתם, ומה הבנו שהוא.</w:t>
      </w:r>
    </w:p>
    <w:tbl>
      <w:tblPr>
        <w:tblStyle w:val="TableGrid"/>
        <w:tblW w:type="auto" w:w="0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  <w:bidiVisual/>
      </w:tblPr>
      <w:tblGrid>
        <w:gridCol w:w="2800"/>
        <w:gridCol w:w="1346"/>
        <w:gridCol w:w="2326"/>
        <w:gridCol w:w="3166"/>
      </w:tblGrid>
      <w:tr>
        <w:trPr>
          <w:cantSplit/>
          <w:tblHeader/>
        </w:trPr>
        <w:tc>
          <w:tcPr>
            <w:tcW w:type="dxa" w:w="2800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קובץ</w:t>
            </w:r>
          </w:p>
        </w:tc>
        <w:tc>
          <w:tcPr>
            <w:tcW w:type="dxa" w:w="1346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מה הוא</w:t>
            </w:r>
          </w:p>
        </w:tc>
        <w:tc>
          <w:tcPr>
            <w:tcW w:type="dxa" w:w="2326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הערות על גרסה</w:t>
            </w:r>
          </w:p>
        </w:tc>
        <w:tc>
          <w:tcPr>
            <w:tcW w:type="dxa" w:w="3166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עד כמה אנחנו בטוחים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bidi w:val="0"/>
              <w:jc w:val="right"/>
            </w:pPr>
            <w:r>
              <w:rPr>
                <w:rFonts w:cs="Carlito"/>
                <w:sz w:val="24"/>
                <w:szCs w:val="24"/>
                <w:lang w:val="en-US"/>
              </w:rPr>
              <w:t>data.csv</w:t>
            </w:r>
          </w:p>
        </w:tc>
        <w:tc>
          <w:tcPr>
            <w:tcW w:type="dxa" w:w="134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נתונים</w:t>
            </w:r>
          </w:p>
        </w:tc>
        <w:tc>
          <w:tcPr>
            <w:tcW w:type="dxa" w:w="232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—</w:t>
            </w:r>
          </w:p>
        </w:tc>
        <w:tc>
          <w:tcPr>
            <w:tcW w:type="dxa" w:w="316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בוודאות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bidi w:val="0"/>
              <w:jc w:val="right"/>
            </w:pPr>
            <w:r>
              <w:rPr>
                <w:rFonts w:cs="Carlito"/>
                <w:sz w:val="24"/>
                <w:szCs w:val="24"/>
                <w:lang w:val="en-US"/>
              </w:rPr>
              <w:t>study-brief.md</w:t>
            </w:r>
          </w:p>
        </w:tc>
        <w:tc>
          <w:tcPr>
            <w:tcW w:type="dxa" w:w="134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הנחיות</w:t>
            </w:r>
          </w:p>
        </w:tc>
        <w:tc>
          <w:tcPr>
            <w:tcW w:type="dxa" w:w="232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—</w:t>
            </w:r>
          </w:p>
        </w:tc>
        <w:tc>
          <w:tcPr>
            <w:tcW w:type="dxa" w:w="316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כנראה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bidi w:val="0"/>
              <w:jc w:val="right"/>
            </w:pPr>
            <w:r>
              <w:rPr>
                <w:rFonts w:cs="Carlito"/>
                <w:sz w:val="24"/>
                <w:szCs w:val="24"/>
                <w:lang w:val="en-US"/>
              </w:rPr>
              <w:t>questionnaire.docx</w:t>
            </w:r>
          </w:p>
        </w:tc>
        <w:tc>
          <w:tcPr>
            <w:tcW w:type="dxa" w:w="134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שאלון</w:t>
            </w:r>
          </w:p>
        </w:tc>
        <w:tc>
          <w:tcPr>
            <w:tcW w:type="dxa" w:w="232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—</w:t>
            </w:r>
          </w:p>
        </w:tc>
        <w:tc>
          <w:tcPr>
            <w:tcW w:type="dxa" w:w="316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בוודאות</w:t>
            </w:r>
          </w:p>
        </w:tc>
      </w:tr>
      <w:tr>
        <w:trPr>
          <w:cantSplit/>
        </w:trPr>
        <w:tc>
          <w:tcPr>
            <w:tcW w:type="dxa" w:w="2800"/>
          </w:tcPr>
          <w:p>
            <w:pPr>
              <w:bidi w:val="0"/>
              <w:jc w:val="right"/>
            </w:pPr>
            <w:r>
              <w:rPr>
                <w:rFonts w:cs="Carlito"/>
                <w:sz w:val="24"/>
                <w:szCs w:val="24"/>
                <w:lang w:val="en-US"/>
              </w:rPr>
              <w:t>codebook.md</w:t>
            </w:r>
          </w:p>
        </w:tc>
        <w:tc>
          <w:tcPr>
            <w:tcW w:type="dxa" w:w="134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הנחיות</w:t>
            </w:r>
          </w:p>
        </w:tc>
        <w:tc>
          <w:tcPr>
            <w:tcW w:type="dxa" w:w="232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—</w:t>
            </w:r>
          </w:p>
        </w:tc>
        <w:tc>
          <w:tcPr>
            <w:tcW w:type="dxa" w:w="3166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בוודאות</w:t>
            </w:r>
          </w:p>
        </w:tc>
      </w:tr>
    </w:tbl>
    <w:p>
      <w:pPr>
        <w:bidi/>
        <w:spacing w:before="240"/>
      </w:pPr>
      <w:r>
        <w:rPr>
          <w:rtl/>
          <w:rFonts w:cs="Noto Sans Hebrew"/>
          <w:szCs w:val="24"/>
        </w:rPr>
        <w:t>פתחנו את קובץ הנתונים שלכם ובדקנו שאפשר לקרוא אותו במלואו.</w:t>
      </w:r>
    </w:p>
    <w:tbl>
      <w:tblPr>
        <w:tblStyle w:val="TableGrid"/>
        <w:tblW w:type="auto" w:w="0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  <w:bidiVisual/>
      </w:tblPr>
      <w:tblGrid>
        <w:gridCol w:w="4337"/>
        <w:gridCol w:w="5301"/>
      </w:tblGrid>
      <w:tr>
        <w:trPr>
          <w:cantSplit/>
          <w:tblHeader/>
        </w:trPr>
        <w:tc>
          <w:tcPr>
            <w:tcW w:type="dxa" w:w="4337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נושא</w:t>
            </w:r>
          </w:p>
        </w:tc>
        <w:tc>
          <w:tcPr>
            <w:tcW w:type="dxa" w:w="5301"/>
            <w:tcBorders>
              <w:bottom w:val="single" w:sz="6" w:space="0" w:color="000000"/>
            </w:tcBorders>
          </w:tcPr>
          <w:p>
            <w:pPr>
              <w:bidi/>
              <w:jc w:val="center"/>
            </w:pPr>
            <w:r>
              <w:rPr>
                <w:b/>
                <w:bCs/>
                <w:rtl/>
                <w:rFonts w:cs="Noto Sans Hebrew"/>
                <w:szCs w:val="24"/>
              </w:rPr>
              <w:t>פירוט</w:t>
            </w:r>
          </w:p>
        </w:tc>
      </w:tr>
      <w:tr>
        <w:trPr>
          <w:cantSplit/>
        </w:trPr>
        <w:tc>
          <w:tcPr>
            <w:tcW w:type="dxa" w:w="4337"/>
          </w:tcPr>
          <w:p>
            <w:pPr>
              <w:bidi/>
            </w:pPr>
            <w:r>
              <w:rPr>
                <w:rtl/>
                <w:rFonts w:cs="Noto Sans Hebrew"/>
                <w:szCs w:val="24"/>
              </w:rPr>
              <w:t>אפשר היה לקרוא את הקובץ</w:t>
            </w:r>
          </w:p>
        </w:tc>
        <w:tc>
          <w:tcPr>
            <w:tcW w:type="dxa" w:w="5301"/>
          </w:tcPr>
          <w:p>
            <w:pPr>
              <w:bidi/>
              <w:jc w:val="center"/>
            </w:pPr>
            <w:r>
              <w:rPr>
                <w:rtl/>
                <w:rFonts w:cs="Noto Sans Hebrew"/>
                <w:szCs w:val="24"/>
              </w:rPr>
              <w:t>כן</w:t>
            </w:r>
          </w:p>
        </w:tc>
      </w:tr>
      <w:tr>
        <w:trPr>
          <w:cantSplit/>
        </w:trPr>
        <w:tc>
          <w:tcPr>
            <w:tcW w:type="dxa" w:w="4337"/>
          </w:tcPr>
          <w:p>
            <w:pPr>
              <w:bidi/>
            </w:pPr>
            <w:r>
              <w:rPr>
                <w:rtl/>
                <w:rFonts w:cs="Noto Sans Hebrew"/>
                <w:szCs w:val="24"/>
              </w:rPr>
              <w:t>שורות (בדרך כלל אחת לכל משיב)</w:t>
            </w:r>
          </w:p>
        </w:tc>
        <w:tc>
          <w:tcPr>
            <w:tcW w:type="dxa" w:w="5301"/>
          </w:tcPr>
          <w:p>
            <w:pPr>
              <w:bidi w:val="0"/>
              <w:jc w:val="center"/>
            </w:pPr>
            <w:r>
              <w:rPr>
                <w:rFonts w:cs="Carlito"/>
                <w:sz w:val="24"/>
                <w:szCs w:val="24"/>
                <w:lang w:val="en-US"/>
              </w:rPr>
              <w:t>180</w:t>
            </w:r>
          </w:p>
        </w:tc>
      </w:tr>
      <w:tr>
        <w:trPr>
          <w:cantSplit/>
        </w:trPr>
        <w:tc>
          <w:tcPr>
            <w:tcW w:type="dxa" w:w="4337"/>
          </w:tcPr>
          <w:p>
            <w:pPr>
              <w:bidi/>
            </w:pPr>
            <w:r>
              <w:rPr>
                <w:rtl/>
                <w:rFonts w:cs="Noto Sans Hebrew"/>
                <w:szCs w:val="24"/>
              </w:rPr>
              <w:t>עמודות (בדרך כלל אחת לכל שאלה או פרט)</w:t>
            </w:r>
          </w:p>
        </w:tc>
        <w:tc>
          <w:tcPr>
            <w:tcW w:type="dxa" w:w="5301"/>
          </w:tcPr>
          <w:p>
            <w:pPr>
              <w:bidi w:val="0"/>
              <w:jc w:val="center"/>
            </w:pPr>
            <w:r>
              <w:rPr>
                <w:rFonts w:cs="Carlito"/>
                <w:sz w:val="24"/>
                <w:szCs w:val="24"/>
                <w:lang w:val="en-US"/>
              </w:rPr>
              <w:t>11</w:t>
            </w:r>
          </w:p>
        </w:tc>
      </w:tr>
    </w:tbl>
    <w:p>
      <w:pPr>
        <w:pStyle w:val="Heading2"/>
        <w:bidi/>
      </w:pPr>
      <w:r>
        <w:rPr>
          <w:rtl/>
          <w:rFonts w:cs="Noto Sans Hebrew"/>
          <w:szCs w:val="24"/>
        </w:rPr>
        <w:t>2. מה החלטנו בשלב הייעוץ, ולמה</w:t>
      </w:r>
    </w:p>
    <w:p>
      <w:pPr>
        <w:bidi/>
      </w:pPr>
      <w:r>
        <w:rPr>
          <w:rtl/>
          <w:rFonts w:cs="Noto Sans Hebrew"/>
          <w:szCs w:val="24"/>
        </w:rPr>
        <w:t>לפני שרץ ניתוח כלשהו, קראנו את החומרים ואת הנתונים שלכם ובנינו תכנית. יועץ סטטיסטי מכריע בעצמו בכל מה שהחומרים והנתונים כבר מבהירים, ומסביר כל החלטה; כשהיה ספק אמיתי, שאלנו אתכם. אלה ההחלטות, כפי שהופיעו בדוח הייעוץ שאישרתם.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החלטות שקיבלנו עבורכם</w:t>
      </w:r>
    </w:p>
    <w:p>
      <w:pPr>
        <w:pStyle w:val="Heading4"/>
        <w:bidi/>
      </w:pPr>
      <w:r>
        <w:rPr>
          <w:rtl/>
          <w:rFonts w:cs="Noto Sans Hebrew"/>
          <w:szCs w:val="24"/>
        </w:rPr>
        <w:t>איך הבנו את המחקר שלכם</w:t>
      </w:r>
    </w:p>
    <w:p>
      <w:pPr>
        <w:bidi/>
      </w:pPr>
      <w:r>
        <w:rPr>
          <w:rtl/>
          <w:rFonts w:cs="Noto Sans Hebrew"/>
          <w:szCs w:val="24"/>
        </w:rPr>
        <w:t>לכל דבר שהמחקר שלכם מודד: התפקיד שלו במחקר וסוג התשובות שיש בו. יחד, אלה קובעים איזה מבחן מתאים לכל השערה.</w:t>
      </w:r>
    </w:p>
    <w:p>
      <w:pPr>
        <w:pStyle w:val="ListBullet"/>
        <w:bidi/>
      </w:pPr>
      <w:r>
        <w:rPr>
          <w:rtl/>
          <w:rFonts w:cs="Noto Sans Hebrew"/>
          <w:b/>
          <w:szCs w:val="24"/>
          <w:bCs/>
        </w:rPr>
        <w:t>מערך המחקר</w:t>
      </w:r>
      <w:r>
        <w:rPr>
          <w:rtl/>
          <w:rFonts w:cs="Noto Sans Hebrew"/>
          <w:szCs w:val="24"/>
        </w:rPr>
        <w:t xml:space="preserve"> — קבוצה אחת של משיבים שנמדדה פעם אחת.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‎d1‎‏</w:t>
      </w:r>
      <w:r>
        <w:rPr>
          <w:rtl/>
          <w:rFonts w:cs="Noto Sans Hebrew"/>
          <w:szCs w:val="24"/>
        </w:rPr>
        <w:t xml:space="preserve"> — גורם שעשוי להסביר או לנבא את התוצאה;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‎q1_1‎‏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‎q1_2‎‏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‎q1_3‎‏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‎q1_4‎‏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‎q1_5‎‏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‎q2_1‎‏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‎q2_2‎‏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‎q2_3‎‏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‎q2_4‎‏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‎q2_5‎‏</w:t>
      </w:r>
      <w:r>
        <w:rPr>
          <w:rtl/>
          <w:rFonts w:cs="Noto Sans Hebrew"/>
          <w:szCs w:val="24"/>
        </w:rPr>
        <w:t xml:space="preserve"> — שאלה אחת מתוך קבוצת שאלות שמנותחות יחד; התשובות בו הן קטגוריות מדורגות (למשל נמוך / בינוני / גבוה).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‎academic_self_efficacy‎‏</w:t>
      </w:r>
      <w:r>
        <w:rPr>
          <w:rtl/>
          <w:rFonts w:cs="Noto Sans Hebrew"/>
          <w:szCs w:val="24"/>
        </w:rPr>
        <w:t xml:space="preserve"> — גורם שעשוי להסביר או לנבא את התוצאה; התשובות בו הן מספרים על סולם (למשל ממוצע של תשובות מ-1 עד 5).</w:t>
      </w:r>
    </w:p>
    <w:p>
      <w:pPr>
        <w:pStyle w:val="ListBullet"/>
        <w:bidi/>
      </w:pPr>
      <w:r>
        <w:rPr>
          <w:rFonts w:cs="Carlito"/>
          <w:b/>
          <w:sz w:val="24"/>
          <w:szCs w:val="24"/>
          <w:lang w:val="en-US"/>
          <w:bCs/>
        </w:rPr>
        <w:t>‎learning_persistence‎‏</w:t>
      </w:r>
      <w:r>
        <w:rPr>
          <w:rtl/>
          <w:rFonts w:cs="Noto Sans Hebrew"/>
          <w:szCs w:val="24"/>
        </w:rPr>
        <w:t xml:space="preserve"> — משתנה התוצאה: מה שהמחקר שלכם מנסה להסביר; התשובות בו הן מספרים על סולם (למשל ממוצע של תשובות מ-1 עד 5).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איך טופלו השאלות, סבב אחר סבב</w:t>
      </w:r>
    </w:p>
    <w:p>
      <w:pPr>
        <w:bidi/>
      </w:pPr>
      <w:r>
        <w:rPr>
          <w:rtl/>
          <w:rFonts w:cs="Noto Sans Hebrew"/>
          <w:szCs w:val="24"/>
        </w:rPr>
        <w:t>לא היה צורך לשאול אתכם שאלות.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3. תכנית הניתוח: איזה מבחן עונה על כל השערה</w:t>
      </w:r>
    </w:p>
    <w:p>
      <w:pPr>
        <w:bidi/>
      </w:pPr>
      <w:r>
        <w:rPr>
          <w:rtl/>
          <w:rFonts w:cs="Noto Sans Hebrew"/>
          <w:szCs w:val="24"/>
        </w:rPr>
        <w:t>לכל אחת מההשערות שלכם בחרנו מבחן סטטיסטי (חישוב מקובל שבודק אם דפוס שמופיע בנתונים שלכם גדול ממה שהמקרה לבדו היה יוצר) אחד. בהמשך: מה כל מבחן בודק, באילו מהמדדים שלכם הוא משתמש, למה הוא נבחר, ואילו מבחנים אחרים שקלנו.</w:t>
      </w:r>
    </w:p>
    <w:p>
      <w:pPr>
        <w:pStyle w:val="Heading3"/>
        <w:bidi/>
      </w:pPr>
      <w:r>
        <w:rPr>
          <w:rtl/>
          <w:rFonts w:cs="Noto Sans Hebrew"/>
          <w:szCs w:val="24"/>
        </w:rPr>
        <w:t xml:space="preserve">ניתוח 1: השערה </w:t>
      </w:r>
      <w:r>
        <w:rPr>
          <w:rFonts w:cs="Carlito"/>
          <w:sz w:val="24"/>
          <w:szCs w:val="24"/>
          <w:lang w:val="en-US"/>
        </w:rPr>
        <w:t>‎H1‎‏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המבחן: מתאם פירסון.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מה הוא בודק: מודד עד כמה שני מדדים מספריים משתנים יחד, ובאיזה כיוון.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המדדים שלכם בניתוח: המדד הראשון: «מסוגלות אקדמית» (</w:t>
      </w:r>
      <w:r>
        <w:rPr>
          <w:rFonts w:cs="Carlito"/>
          <w:sz w:val="24"/>
          <w:szCs w:val="24"/>
          <w:lang w:val="en-US"/>
        </w:rPr>
        <w:t>‎academic_self_efficacy‎‏</w:t>
      </w:r>
      <w:r>
        <w:rPr>
          <w:rtl/>
          <w:rFonts w:cs="Noto Sans Hebrew"/>
          <w:szCs w:val="24"/>
        </w:rPr>
        <w:t>); המדד השני: «התמדה בלמידה» (</w:t>
      </w:r>
      <w:r>
        <w:rPr>
          <w:rFonts w:cs="Carlito"/>
          <w:sz w:val="24"/>
          <w:szCs w:val="24"/>
          <w:lang w:val="en-US"/>
        </w:rPr>
        <w:t>‎learning_persistence‎‏</w:t>
      </w:r>
      <w:r>
        <w:rPr>
          <w:rtl/>
          <w:rFonts w:cs="Noto Sans Hebrew"/>
          <w:szCs w:val="24"/>
        </w:rPr>
        <w:t>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למה המבחן הזה: זה המבחן המקובל לשאלה מהסוג הזה, בהתאם לאופן שבו הבנו את המדדים שלכם בשלב הייעוץ (חלק 2).</w:t>
      </w:r>
    </w:p>
    <w:p>
      <w:pPr>
        <w:bidi/>
      </w:pPr>
      <w:r>
        <w:rPr>
          <w:rtl/>
          <w:rFonts w:cs="Noto Sans Hebrew"/>
          <w:szCs w:val="24"/>
        </w:rPr>
        <w:t>מבחנים אחרים ששקלנו: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את מתאם ספירמן שמרנו כגיבוי. משתמשים בו רק אם הנתונים שלכם לא עומדים בתנאים שמתאם פירסון צריך, ואת התנאים האלה אנחנו בודקים לפני שהמבחן מורץ.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4. איך הוכנו הנתונים שלכם</w:t>
      </w:r>
    </w:p>
    <w:p>
      <w:pPr>
        <w:bidi/>
      </w:pPr>
      <w:r>
        <w:rPr>
          <w:rtl/>
          <w:rFonts w:cs="Noto Sans Hebrew"/>
          <w:szCs w:val="24"/>
        </w:rPr>
        <w:t>לפני שהמבחנים רצו, קובץ הנתונים שלכם הוכן. כל צעד שמפורט כאן שינה את הנתונים באופן שהניתוח היה צריך.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העמודות שלכם קיבלו שמות קצרים ואחידים (אות ומספר השאלה). רשימת השמות הישנים והחדשים נמצאת בספר הקידוד שלכם.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«</w:t>
      </w:r>
      <w:r>
        <w:rPr>
          <w:rFonts w:cs="Carlito"/>
          <w:sz w:val="24"/>
          <w:szCs w:val="24"/>
          <w:lang w:val="en-US"/>
        </w:rPr>
        <w:t>‎academic_self_efficacy‎‏</w:t>
      </w:r>
      <w:r>
        <w:rPr>
          <w:rtl/>
          <w:rFonts w:cs="Noto Sans Hebrew"/>
          <w:szCs w:val="24"/>
        </w:rPr>
        <w:t>»: ציון אחד לכל משיב, הממוצע של השאלות שלו (</w:t>
      </w:r>
      <w:r>
        <w:rPr>
          <w:rFonts w:cs="Carlito"/>
          <w:sz w:val="24"/>
          <w:szCs w:val="24"/>
          <w:lang w:val="en-US"/>
        </w:rPr>
        <w:t>‎q1_1‎‏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‎q1_2‎‏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‎q1_3‎‏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‎q1_4‎‏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‎q1_5‎‏</w:t>
      </w:r>
      <w:r>
        <w:rPr>
          <w:rtl/>
          <w:rFonts w:cs="Noto Sans Hebrew"/>
          <w:szCs w:val="24"/>
        </w:rPr>
        <w:t>).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«</w:t>
      </w:r>
      <w:r>
        <w:rPr>
          <w:rFonts w:cs="Carlito"/>
          <w:sz w:val="24"/>
          <w:szCs w:val="24"/>
          <w:lang w:val="en-US"/>
        </w:rPr>
        <w:t>‎learning_persistence‎‏</w:t>
      </w:r>
      <w:r>
        <w:rPr>
          <w:rtl/>
          <w:rFonts w:cs="Noto Sans Hebrew"/>
          <w:szCs w:val="24"/>
        </w:rPr>
        <w:t>»: ציון אחד לכל משיב, הממוצע של השאלות שלו (</w:t>
      </w:r>
      <w:r>
        <w:rPr>
          <w:rFonts w:cs="Carlito"/>
          <w:sz w:val="24"/>
          <w:szCs w:val="24"/>
          <w:lang w:val="en-US"/>
        </w:rPr>
        <w:t>‎q2_1‎‏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‎q2_2‎‏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‎q2_3‎‏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‎q2_4‎‏</w:t>
      </w:r>
      <w:r>
        <w:rPr>
          <w:rtl/>
          <w:rFonts w:cs="Noto Sans Hebrew"/>
          <w:szCs w:val="24"/>
        </w:rPr>
        <w:t xml:space="preserve">, </w:t>
      </w:r>
      <w:r>
        <w:rPr>
          <w:rFonts w:cs="Carlito"/>
          <w:sz w:val="24"/>
          <w:szCs w:val="24"/>
          <w:lang w:val="en-US"/>
        </w:rPr>
        <w:t>‎q2_5‎‏</w:t>
      </w:r>
      <w:r>
        <w:rPr>
          <w:rtl/>
          <w:rFonts w:cs="Noto Sans Hebrew"/>
          <w:szCs w:val="24"/>
        </w:rPr>
        <w:t>).</w:t>
      </w:r>
    </w:p>
    <w:p>
      <w:pPr>
        <w:bidi/>
      </w:pPr>
      <w:r>
        <w:rPr>
          <w:rtl/>
          <w:rFonts w:cs="Noto Sans Hebrew"/>
          <w:szCs w:val="24"/>
        </w:rPr>
        <w:t>ב-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, החלק הראשון של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 (תחת </w:t>
      </w:r>
      <w:r>
        <w:rPr>
          <w:rFonts w:cs="Carlito"/>
          <w:sz w:val="24"/>
          <w:szCs w:val="24"/>
          <w:lang w:val="en-US"/>
        </w:rPr>
        <w:t>‎DATA PREPARATION‎‏</w:t>
      </w:r>
      <w:r>
        <w:rPr>
          <w:rtl/>
          <w:rFonts w:cs="Noto Sans Hebrew"/>
          <w:szCs w:val="24"/>
        </w:rPr>
        <w:t>) חוזר על כל אחד מהצעדים האלה על הקובץ המקורי שלכם, ו-</w:t>
      </w:r>
      <w:r>
        <w:rPr>
          <w:rFonts w:cs="Carlito"/>
          <w:sz w:val="24"/>
          <w:szCs w:val="24"/>
          <w:lang w:val="en-US"/>
        </w:rPr>
        <w:t>‎data_analysis.sav‎‏</w:t>
      </w:r>
      <w:r>
        <w:rPr>
          <w:rtl/>
          <w:rFonts w:cs="Noto Sans Hebrew"/>
          <w:szCs w:val="24"/>
        </w:rPr>
        <w:t xml:space="preserve"> הוא הקובץ שנוצר ממנו.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5. מה השתנה בדרך, ולמה</w:t>
      </w:r>
    </w:p>
    <w:p>
      <w:pPr>
        <w:bidi/>
      </w:pPr>
      <w:r>
        <w:rPr>
          <w:rtl/>
          <w:rFonts w:cs="Noto Sans Hebrew"/>
          <w:szCs w:val="24"/>
        </w:rPr>
        <w:t>שום דבר בתכנית לא השתנה אחרי שאישרתם אותה.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6. לחזור על הניתוח בעצמכם ב-</w:t>
      </w:r>
      <w:r>
        <w:rPr>
          <w:rFonts w:cs="Carlito"/>
          <w:sz w:val="24"/>
          <w:szCs w:val="24"/>
          <w:lang w:val="en-US"/>
        </w:rPr>
        <w:t>‎SPSS‎‏</w:t>
      </w:r>
    </w:p>
    <w:p>
      <w:pPr>
        <w:bidi/>
      </w:pPr>
      <w:r>
        <w:rPr>
          <w:rtl/>
          <w:rFonts w:cs="Noto Sans Hebrew"/>
          <w:szCs w:val="24"/>
        </w:rPr>
        <w:t>לא בחרתם תוכנה כשהזמנתם, ולכן הצעדים כאן מיועדים ל-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>, התוכנה שרוב האוניברסיטאות משתמשות בה.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מה צריך</w:t>
      </w:r>
    </w:p>
    <w:p>
      <w:pPr>
        <w:bidi/>
      </w:pPr>
      <w:r>
        <w:rPr>
          <w:rtl/>
          <w:rFonts w:cs="Noto Sans Hebrew"/>
          <w:szCs w:val="24"/>
        </w:rPr>
        <w:t xml:space="preserve">את </w:t>
      </w:r>
      <w:r>
        <w:rPr>
          <w:rFonts w:cs="Carlito"/>
          <w:sz w:val="24"/>
          <w:szCs w:val="24"/>
          <w:lang w:val="en-US"/>
        </w:rPr>
        <w:t>‎IBM SPSS Statistics‎‏</w:t>
      </w:r>
      <w:r>
        <w:rPr>
          <w:rtl/>
          <w:rFonts w:cs="Noto Sans Hebrew"/>
          <w:szCs w:val="24"/>
        </w:rPr>
        <w:t xml:space="preserve"> (גרסה 25 ומעלה), ואת הקבצים האלה מתוך החלק «תוצרי תוכנה (נספח)» בחבילה שלכם: </w:t>
      </w:r>
      <w:r>
        <w:rPr>
          <w:rFonts w:cs="Carlito"/>
          <w:sz w:val="24"/>
          <w:szCs w:val="24"/>
          <w:lang w:val="en-US"/>
        </w:rPr>
        <w:t>‎data_analysis.sav‎‏</w:t>
      </w:r>
      <w:r>
        <w:rPr>
          <w:rtl/>
          <w:rFonts w:cs="Noto Sans Hebrew"/>
          <w:szCs w:val="24"/>
        </w:rPr>
        <w:t xml:space="preserve"> (הנתונים שלכם, אחרי ההכנה), </w:t>
      </w:r>
      <w:r>
        <w:rPr>
          <w:rFonts w:cs="Carlito"/>
          <w:sz w:val="24"/>
          <w:szCs w:val="24"/>
          <w:lang w:val="en-US"/>
        </w:rPr>
        <w:t>‎data_original.sav‎‏</w:t>
      </w:r>
      <w:r>
        <w:rPr>
          <w:rtl/>
          <w:rFonts w:cs="Noto Sans Hebrew"/>
          <w:szCs w:val="24"/>
        </w:rPr>
        <w:t xml:space="preserve"> (הנתונים שלכם כפי ששלחתם),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 (הפקודות) ו-</w:t>
      </w:r>
      <w:r>
        <w:rPr>
          <w:rFonts w:cs="Carlito"/>
          <w:sz w:val="24"/>
          <w:szCs w:val="24"/>
          <w:lang w:val="en-US"/>
        </w:rPr>
        <w:t>‎output.spv‎‏</w:t>
      </w:r>
      <w:r>
        <w:rPr>
          <w:rtl/>
          <w:rFonts w:cs="Noto Sans Hebrew"/>
          <w:szCs w:val="24"/>
        </w:rPr>
        <w:t xml:space="preserve"> (הפלט שלנו, כדי להשוות אליו).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הדרך המהירה: הכול בבת אחת</w:t>
      </w:r>
    </w:p>
    <w:p>
      <w:pPr>
        <w:bidi/>
      </w:pPr>
      <w:r>
        <w:rPr>
          <w:rtl/>
          <w:rFonts w:cs="Noto Sans Hebrew"/>
          <w:szCs w:val="24"/>
        </w:rPr>
        <w:t xml:space="preserve">פתחו את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 ב-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 ‏(</w:t>
      </w:r>
      <w:r>
        <w:rPr>
          <w:rFonts w:cs="Carlito"/>
          <w:sz w:val="24"/>
          <w:szCs w:val="24"/>
          <w:lang w:val="en-US"/>
        </w:rPr>
        <w:t>‎File &gt; Open &gt; Syntax...‎‏</w:t>
      </w:r>
      <w:r>
        <w:rPr>
          <w:rtl/>
          <w:rFonts w:cs="Noto Sans Hebrew"/>
          <w:szCs w:val="24"/>
        </w:rPr>
        <w:t xml:space="preserve">), בחרו </w:t>
      </w:r>
      <w:r>
        <w:rPr>
          <w:rFonts w:cs="Carlito"/>
          <w:sz w:val="24"/>
          <w:szCs w:val="24"/>
          <w:lang w:val="en-US"/>
        </w:rPr>
        <w:t>‎Run &gt; All‎‏</w:t>
      </w:r>
      <w:r>
        <w:rPr>
          <w:rtl/>
          <w:rFonts w:cs="Noto Sans Hebrew"/>
          <w:szCs w:val="24"/>
        </w:rPr>
        <w:t>, ו-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 חוזר על כל הניתוח, מהקובץ המקורי שלכם ועד הטבלה האחרונה. שמרו את קבצי החבילה בתיקייה אחת, אם 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 אומר שהוא לא מוצא קובץ, הוסיפו את השורה </w:t>
      </w:r>
      <w:r>
        <w:rPr>
          <w:rFonts w:cs="Carlito"/>
          <w:sz w:val="24"/>
          <w:szCs w:val="24"/>
          <w:lang w:val="en-US"/>
        </w:rPr>
        <w:t>‎CD 'C:\my-folder'.‎‏</w:t>
      </w:r>
      <w:r>
        <w:rPr>
          <w:rtl/>
          <w:rFonts w:cs="Noto Sans Hebrew"/>
          <w:szCs w:val="24"/>
        </w:rPr>
        <w:t xml:space="preserve"> בראש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>, עם המיקום של התיקייה שלכם במקום הדוגמה, והריצו שוב.</w:t>
      </w:r>
    </w:p>
    <w:p>
      <w:pPr>
        <w:pStyle w:val="Heading3"/>
        <w:bidi/>
      </w:pPr>
      <w:r>
        <w:rPr>
          <w:rtl/>
          <w:rFonts w:cs="Noto Sans Hebrew"/>
          <w:szCs w:val="24"/>
        </w:rPr>
        <w:t>צעד אחר צעד, ניתוח אחד בכל פעם</w:t>
      </w:r>
    </w:p>
    <w:p>
      <w:pPr>
        <w:bidi/>
      </w:pPr>
      <w:r>
        <w:rPr>
          <w:rtl/>
          <w:rFonts w:cs="Noto Sans Hebrew"/>
          <w:szCs w:val="24"/>
        </w:rPr>
        <w:t xml:space="preserve">פתחו את </w:t>
      </w:r>
      <w:r>
        <w:rPr>
          <w:rFonts w:cs="Carlito"/>
          <w:sz w:val="24"/>
          <w:szCs w:val="24"/>
          <w:lang w:val="en-US"/>
        </w:rPr>
        <w:t>‎data_analysis.sav‎‏</w:t>
      </w:r>
      <w:r>
        <w:rPr>
          <w:rtl/>
          <w:rFonts w:cs="Noto Sans Hebrew"/>
          <w:szCs w:val="24"/>
        </w:rPr>
        <w:t xml:space="preserve">: </w:t>
      </w:r>
      <w:r>
        <w:rPr>
          <w:rFonts w:cs="Carlito"/>
          <w:sz w:val="24"/>
          <w:szCs w:val="24"/>
          <w:lang w:val="en-US"/>
        </w:rPr>
        <w:t>‎File &gt; Open &gt; Data...‎‏</w:t>
      </w:r>
      <w:r>
        <w:rPr>
          <w:rtl/>
          <w:rFonts w:cs="Noto Sans Hebrew"/>
          <w:szCs w:val="24"/>
        </w:rPr>
        <w:t>.</w:t>
      </w:r>
    </w:p>
    <w:p>
      <w:pPr>
        <w:pStyle w:val="Heading4"/>
        <w:bidi/>
      </w:pPr>
      <w:r>
        <w:rPr>
          <w:rtl/>
          <w:rFonts w:cs="Noto Sans Hebrew"/>
          <w:szCs w:val="24"/>
        </w:rPr>
        <w:t xml:space="preserve">ניתוח 1: השערה </w:t>
      </w:r>
      <w:r>
        <w:rPr>
          <w:rFonts w:cs="Carlito"/>
          <w:sz w:val="24"/>
          <w:szCs w:val="24"/>
          <w:lang w:val="en-US"/>
        </w:rPr>
        <w:t>‎H1‎‏</w:t>
      </w:r>
      <w:r>
        <w:rPr>
          <w:rtl/>
          <w:rFonts w:cs="Noto Sans Hebrew"/>
          <w:szCs w:val="24"/>
        </w:rPr>
        <w:t xml:space="preserve"> — מתאם פירסון</w:t>
      </w:r>
    </w:p>
    <w:p>
      <w:pPr>
        <w:pStyle w:val="ListNumber"/>
        <w:numPr>
          <w:ilvl w:val="0"/>
          <w:numId w:val="10"/>
        </w:numPr>
        <w:bidi/>
      </w:pPr>
      <w:r>
        <w:rPr>
          <w:rtl/>
          <w:rFonts w:cs="Noto Sans Hebrew"/>
          <w:szCs w:val="24"/>
        </w:rPr>
        <w:t xml:space="preserve">בתפריטים שבראש המסך, בחרו </w:t>
      </w:r>
      <w:r>
        <w:rPr>
          <w:rFonts w:cs="Carlito"/>
          <w:sz w:val="24"/>
          <w:szCs w:val="24"/>
          <w:lang w:val="en-US"/>
        </w:rPr>
        <w:t>‎Analyze &gt; Correlate &gt; Bivariate...‎‏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0"/>
        </w:numPr>
        <w:bidi/>
      </w:pPr>
      <w:r>
        <w:rPr>
          <w:rtl/>
          <w:rFonts w:cs="Noto Sans Hebrew"/>
          <w:szCs w:val="24"/>
        </w:rPr>
        <w:t>העבירו את «מסוגלות אקדמית» (</w:t>
      </w:r>
      <w:r>
        <w:rPr>
          <w:rFonts w:cs="Carlito"/>
          <w:sz w:val="24"/>
          <w:szCs w:val="24"/>
          <w:lang w:val="en-US"/>
        </w:rPr>
        <w:t>‎academic_self_efficacy‎‏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‎Variables‎‏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0"/>
        </w:numPr>
        <w:bidi/>
      </w:pPr>
      <w:r>
        <w:rPr>
          <w:rtl/>
          <w:rFonts w:cs="Noto Sans Hebrew"/>
          <w:szCs w:val="24"/>
        </w:rPr>
        <w:t>העבירו את «התמדה בלמידה» (</w:t>
      </w:r>
      <w:r>
        <w:rPr>
          <w:rFonts w:cs="Carlito"/>
          <w:sz w:val="24"/>
          <w:szCs w:val="24"/>
          <w:lang w:val="en-US"/>
        </w:rPr>
        <w:t>‎learning_persistence‎‏</w:t>
      </w:r>
      <w:r>
        <w:rPr>
          <w:rtl/>
          <w:rFonts w:cs="Noto Sans Hebrew"/>
          <w:szCs w:val="24"/>
        </w:rPr>
        <w:t xml:space="preserve">) לתיבה </w:t>
      </w:r>
      <w:r>
        <w:rPr>
          <w:rFonts w:cs="Carlito"/>
          <w:sz w:val="24"/>
          <w:szCs w:val="24"/>
          <w:lang w:val="en-US"/>
        </w:rPr>
        <w:t>‎Variables‎‏</w:t>
      </w:r>
      <w:r>
        <w:rPr>
          <w:rtl/>
          <w:rFonts w:cs="Noto Sans Hebrew"/>
          <w:szCs w:val="24"/>
        </w:rPr>
        <w:t>.</w:t>
      </w:r>
    </w:p>
    <w:p>
      <w:pPr>
        <w:pStyle w:val="ListNumber"/>
        <w:numPr>
          <w:ilvl w:val="0"/>
          <w:numId w:val="10"/>
        </w:numPr>
        <w:bidi/>
      </w:pPr>
      <w:r>
        <w:rPr>
          <w:rtl/>
          <w:rFonts w:cs="Noto Sans Hebrew"/>
          <w:szCs w:val="24"/>
        </w:rPr>
        <w:t xml:space="preserve">לחצו על </w:t>
      </w:r>
      <w:r>
        <w:rPr>
          <w:rFonts w:cs="Carlito"/>
          <w:sz w:val="24"/>
          <w:szCs w:val="24"/>
          <w:lang w:val="en-US"/>
        </w:rPr>
        <w:t>‎OK‎‏</w:t>
      </w:r>
      <w:r>
        <w:rPr>
          <w:rtl/>
          <w:rFonts w:cs="Noto Sans Hebrew"/>
          <w:szCs w:val="24"/>
        </w:rPr>
        <w:t>. התוצאות נפתחות בחלון הפלט (</w:t>
      </w:r>
      <w:r>
        <w:rPr>
          <w:rFonts w:cs="Carlito"/>
          <w:sz w:val="24"/>
          <w:szCs w:val="24"/>
          <w:lang w:val="en-US"/>
        </w:rPr>
        <w:t>‎Output‎‏</w:t>
      </w:r>
      <w:r>
        <w:rPr>
          <w:rtl/>
          <w:rFonts w:cs="Noto Sans Hebrew"/>
          <w:szCs w:val="24"/>
        </w:rPr>
        <w:t>).</w:t>
      </w:r>
    </w:p>
    <w:p>
      <w:pPr>
        <w:bidi/>
      </w:pPr>
      <w:r>
        <w:rPr>
          <w:rtl/>
          <w:rFonts w:cs="Noto Sans Hebrew"/>
          <w:szCs w:val="24"/>
        </w:rPr>
        <w:t>אותו ניתוח כפקודה: זה הקטע שלו ב-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שמתחיל בשורת ההערה שמופיעה ראשונה. כדי להריץ רק אותו: פתחו את </w:t>
      </w:r>
      <w:r>
        <w:rPr>
          <w:rFonts w:cs="Carlito"/>
          <w:sz w:val="24"/>
          <w:szCs w:val="24"/>
          <w:lang w:val="en-US"/>
        </w:rPr>
        <w:t>‎syntax.sps‎‏</w:t>
      </w:r>
      <w:r>
        <w:rPr>
          <w:rtl/>
          <w:rFonts w:cs="Noto Sans Hebrew"/>
          <w:szCs w:val="24"/>
        </w:rPr>
        <w:t xml:space="preserve">, סמנו את השורות האלה, ובחרו </w:t>
      </w:r>
      <w:r>
        <w:rPr>
          <w:rFonts w:cs="Carlito"/>
          <w:sz w:val="24"/>
          <w:szCs w:val="24"/>
          <w:lang w:val="en-US"/>
        </w:rPr>
        <w:t>‎Run &gt; Selection‎‏</w:t>
      </w:r>
      <w:r>
        <w:rPr>
          <w:rtl/>
          <w:rFonts w:cs="Noto Sans Hebrew"/>
          <w:szCs w:val="24"/>
        </w:rPr>
        <w:t>.</w:t>
      </w:r>
    </w:p>
    <w:p>
      <w:pPr>
        <w:keepNext/>
        <w:shd w:val="clear" w:color="auto" w:fill="F2F2F2"/>
        <w:bidi w:val="0"/>
        <w:spacing w:before="120" w:after="0"/>
        <w:ind w:left="227"/>
      </w:pPr>
      <w:r>
        <w:rPr>
          <w:rFonts w:ascii="Courier New" w:hAnsi="Courier New" w:cs="Courier New" w:eastAsia="Courier New"/>
          <w:sz w:val="18"/>
        </w:rPr>
        <w:t>* ==== Analysis 1 of 1 (hypothesis H1) ====.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>CORRELATIONS /VARIABLES=academic_self_efficacy learning_persistence</w:t>
      </w:r>
    </w:p>
    <w:p>
      <w:pPr>
        <w:keepNext/>
        <w:shd w:val="clear" w:color="auto" w:fill="F2F2F2"/>
        <w:bidi w:val="0"/>
        <w:spacing w:before="0" w:after="0"/>
        <w:ind w:left="227"/>
      </w:pPr>
      <w:r>
        <w:rPr>
          <w:rFonts w:ascii="Courier New" w:hAnsi="Courier New" w:cs="Courier New" w:eastAsia="Courier New"/>
          <w:sz w:val="18"/>
        </w:rPr>
        <w:t xml:space="preserve">  /PRINT=TWOTAIL SIG.</w:t>
      </w:r>
    </w:p>
    <w:p>
      <w:pPr>
        <w:keepNext w:val="0"/>
        <w:shd w:val="clear" w:color="auto" w:fill="F2F2F2"/>
        <w:bidi w:val="0"/>
        <w:spacing w:before="0" w:after="120"/>
        <w:ind w:left="227"/>
      </w:pPr>
      <w:r>
        <w:rPr>
          <w:rFonts w:ascii="Courier New" w:hAnsi="Courier New" w:cs="Courier New" w:eastAsia="Courier New"/>
          <w:sz w:val="18"/>
        </w:rPr>
        <w:t>GRAPH /SCATTERPLOT(BIVAR)=academic_self_efficacy WITH learning_persistence.</w:t>
      </w:r>
    </w:p>
    <w:p>
      <w:pPr>
        <w:bidi/>
      </w:pPr>
      <w:r>
        <w:rPr>
          <w:rtl/>
          <w:rFonts w:cs="Noto Sans Hebrew"/>
          <w:szCs w:val="24"/>
        </w:rPr>
        <w:t xml:space="preserve">בטבלה </w:t>
      </w:r>
      <w:r>
        <w:rPr>
          <w:rFonts w:cs="Carlito"/>
          <w:sz w:val="24"/>
          <w:szCs w:val="24"/>
          <w:lang w:val="en-US"/>
        </w:rPr>
        <w:t>‎Correlations‎‏</w:t>
      </w:r>
      <w:r>
        <w:rPr>
          <w:rtl/>
          <w:rFonts w:cs="Noto Sans Hebrew"/>
          <w:szCs w:val="24"/>
        </w:rPr>
        <w:t xml:space="preserve">, הסתכלו בעמודה </w:t>
      </w:r>
      <w:r>
        <w:rPr>
          <w:rFonts w:cs="Carlito"/>
          <w:sz w:val="24"/>
          <w:szCs w:val="24"/>
          <w:lang w:val="en-US"/>
        </w:rPr>
        <w:t>‎Sig. (2-tailed)‎‏</w:t>
      </w:r>
      <w:r>
        <w:rPr>
          <w:rtl/>
          <w:rFonts w:cs="Noto Sans Hebrew"/>
          <w:szCs w:val="24"/>
        </w:rPr>
        <w:t xml:space="preserve">. המספר הזה הוא ערך </w:t>
      </w:r>
      <w:r>
        <w:rPr>
          <w:rFonts w:cs="Carlito"/>
          <w:i/>
          <w:sz w:val="24"/>
          <w:szCs w:val="24"/>
          <w:lang w:val="en-US"/>
          <w:iCs/>
        </w:rPr>
        <w:t>‎p</w:t>
      </w:r>
      <w:r>
        <w:rPr>
          <w:rFonts w:cs="Carlito"/>
          <w:sz w:val="24"/>
          <w:szCs w:val="24"/>
          <w:lang w:val="en-US"/>
        </w:rPr>
        <w:t xml:space="preserve"> (‎‏</w:t>
      </w:r>
      <w:r>
        <w:rPr>
          <w:rtl/>
          <w:rFonts w:cs="Noto Sans Hebrew"/>
          <w:szCs w:val="24"/>
        </w:rPr>
        <w:t xml:space="preserve">מספר שכל מבחן מפיק; ערך </w:t>
      </w:r>
      <w:r>
        <w:rPr>
          <w:rFonts w:cs="Carlito"/>
          <w:i/>
          <w:sz w:val="24"/>
          <w:szCs w:val="24"/>
          <w:lang w:val="en-US"/>
          <w:iCs/>
        </w:rPr>
        <w:t>‎p‎‏</w:t>
      </w:r>
      <w:r>
        <w:rPr>
          <w:rtl/>
          <w:rFonts w:cs="Noto Sans Hebrew"/>
          <w:szCs w:val="24"/>
        </w:rPr>
        <w:t xml:space="preserve"> נמוך אומר שלא סביר שהתוצאה היא צירוף מקרים). זה אותו מספר שמדווח בפרק הממצאים שלכם עבור השערה </w:t>
      </w:r>
      <w:r>
        <w:rPr>
          <w:rFonts w:cs="Carlito"/>
          <w:sz w:val="24"/>
          <w:szCs w:val="24"/>
          <w:lang w:val="en-US"/>
        </w:rPr>
        <w:t>‎H1‎‏</w:t>
      </w:r>
      <w:r>
        <w:rPr>
          <w:rtl/>
          <w:rFonts w:cs="Noto Sans Hebrew"/>
          <w:szCs w:val="24"/>
        </w:rPr>
        <w:t>. הבדלים קטנים בספרה האחרונה נובעים מעיגול.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7. מה לא עשינו</w:t>
      </w:r>
    </w:p>
    <w:p>
      <w:pPr>
        <w:bidi/>
      </w:pPr>
      <w:r>
        <w:rPr>
          <w:rtl/>
          <w:rFonts w:cs="Noto Sans Hebrew"/>
          <w:szCs w:val="24"/>
        </w:rPr>
        <w:t>כל מה שהיה בתכנית שאישרתם נעשה.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8. כדאי לדעת</w:t>
      </w:r>
    </w:p>
    <w:p>
      <w:pPr>
        <w:bidi/>
      </w:pPr>
      <w:r>
        <w:rPr>
          <w:rtl/>
          <w:rFonts w:cs="Noto Sans Hebrew"/>
          <w:szCs w:val="24"/>
        </w:rPr>
        <w:t xml:space="preserve">מדיניות השימוש בבינה מלאכותית של המוסד לא נבדקה. </w:t>
      </w:r>
      <w:r>
        <w:rPr>
          <w:rFonts w:cs="Carlito"/>
          <w:sz w:val="24"/>
          <w:szCs w:val="24"/>
          <w:lang w:val="en-US"/>
        </w:rPr>
        <w:t>‎Statikali‎‏</w:t>
      </w:r>
      <w:r>
        <w:rPr>
          <w:rtl/>
          <w:rFonts w:cs="Noto Sans Hebrew"/>
          <w:szCs w:val="24"/>
        </w:rPr>
        <w:t xml:space="preserve"> אינה בודקת אם המוסד האקדמי שלכם, כתב העת או המנחה מתירים שימוש בכלי ניתוח מבוססי בינה מלאכותית. האחריות לבדיקת מדיניות זו ולעמידה בה נותרת עליכם.</w:t>
      </w:r>
    </w:p>
    <w:p>
      <w:pPr>
        <w:bidi/>
      </w:pPr>
      <w:r>
        <w:rPr>
          <w:rtl/>
          <w:rFonts w:cs="Noto Sans Hebrew"/>
          <w:szCs w:val="24"/>
        </w:rPr>
        <w:t>מודל שפה מבוסס בינה מלאכותית סייע אך ורק בכתיבת הפרוזה המסבירה בחבילה זו. כל חישוב סטטיסטי, כל מספר וכל החלטת בחירת מבחן הופקו על ידי מנוע ניתוח דטרמיניסטי — לעולם לא על ידי הבינה המלאכותית.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lang w:val="en-US" w:eastAsia="en-US" w:bidi="he-IL"/>
      <w:rFonts w:ascii="Carlito" w:hAnsi="Carlito" w:eastAsia="Carlito" w:cs="Noto Sans Hebrew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  <w:bidi/>
    </w:pPr>
    <w:rPr>
      <w:rFonts w:ascii="Carlito" w:hAnsi="Carlito" w:eastAsia="Carlito" w:cs="Noto Sans Hebrew"/>
      <w:b/>
      <w:bCs/>
      <w:color w:val="171717" w:themeShade="BF"/>
      <w:sz w:val="28"/>
      <w:szCs w:val="28"/>
      <w:lang w:val="en-US" w:eastAsia="en-US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  <w:bidi/>
    </w:pPr>
    <w:rPr>
      <w:rFonts w:ascii="Carlito" w:hAnsi="Carlito" w:eastAsia="Carlito" w:cs="Noto Sans Hebrew"/>
      <w:b/>
      <w:bCs/>
      <w:color w:val="171717"/>
      <w:sz w:val="26"/>
      <w:szCs w:val="26"/>
      <w:lang w:val="en-US" w:eastAsia="en-US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  <w:bidi/>
    </w:pPr>
    <w:rPr>
      <w:rFonts w:ascii="Carlito" w:hAnsi="Carlito" w:eastAsia="Carlito" w:cs="Noto Sans Hebrew"/>
      <w:b/>
      <w:bCs/>
      <w:color w:val="171717"/>
      <w:lang w:val="en-US" w:eastAsia="en-US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bidi/>
    </w:pPr>
    <w:rPr>
      <w:rFonts w:ascii="Carlito" w:hAnsi="Carlito" w:eastAsia="Carlito" w:cs="Noto Sans Hebrew"/>
      <w:b/>
      <w:bCs/>
      <w:i/>
      <w:iCs/>
      <w:color w:val="171717"/>
      <w:lang w:val="en-US" w:eastAsia="en-US" w:bidi="he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bidi/>
    </w:pPr>
    <w:rPr>
      <w:rFonts w:ascii="Carlito" w:hAnsi="Carlito" w:eastAsia="Carlito" w:cs="Noto Sans Hebrew"/>
      <w:color w:val="171717" w:themeShade="7F"/>
      <w:lang w:val="en-US" w:eastAsia="en-US" w:bidi="he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  <w:bidi/>
    </w:pPr>
    <w:rPr>
      <w:rFonts w:ascii="Carlito" w:hAnsi="Carlito" w:eastAsia="Carlito" w:cs="Noto Sans Hebrew"/>
      <w:color w:val="171717" w:themeShade="BF"/>
      <w:spacing w:val="5"/>
      <w:kern w:val="28"/>
      <w:sz w:val="52"/>
      <w:szCs w:val="52"/>
      <w:lang w:val="en-US" w:eastAsia="en-US" w:bidi="he-I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bidi/>
    </w:pPr>
    <w:rPr>
      <w:lang w:val="en-US" w:eastAsia="en-US" w:bidi="he-IL"/>
      <w:rFonts w:ascii="Carlito" w:hAnsi="Carlito" w:eastAsia="Carlito" w:cs="Noto Sans Hebrew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bidi/>
    </w:pPr>
    <w:rPr>
      <w:lang w:val="en-US" w:eastAsia="en-US" w:bidi="he-IL"/>
      <w:rFonts w:ascii="Carlito" w:hAnsi="Carlito" w:eastAsia="Carlito" w:cs="Noto Sans Hebrew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bidi/>
    </w:pPr>
    <w:rPr>
      <w:i/>
      <w:iCs/>
      <w:color w:val="000000" w:themeColor="text1"/>
      <w:lang w:val="en-US" w:eastAsia="en-US" w:bidi="he-IL"/>
      <w:rFonts w:ascii="Carlito" w:hAnsi="Carlito" w:eastAsia="Carlito" w:cs="Noto Sans Hebrew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2026-10-20T12:00:00Z</dcterms:created>
  <dcterms:modified xsi:type="dcterms:W3CDTF">2026-10-20T12:00:00Z</dcterms:modified>
  <cp:category/>
</cp:coreProperties>
</file>